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53A7" w:rsidRPr="00A02C1C" w:rsidRDefault="00EA5460" w:rsidP="00095C60">
      <w:pPr>
        <w:jc w:val="right"/>
        <w:rPr>
          <w:lang w:val="ru-RU"/>
        </w:rPr>
      </w:pPr>
      <w:proofErr w:type="spellStart"/>
      <w:r w:rsidRPr="00A02C1C">
        <w:rPr>
          <w:sz w:val="22"/>
          <w:lang w:val="ru-RU"/>
        </w:rPr>
        <w:t>Бекітемін</w:t>
      </w:r>
      <w:proofErr w:type="spellEnd"/>
      <w:r w:rsidRPr="00A02C1C">
        <w:rPr>
          <w:sz w:val="22"/>
          <w:lang w:val="ru-RU"/>
        </w:rPr>
        <w:br/>
        <w:t xml:space="preserve">«Михаил Русаков </w:t>
      </w:r>
      <w:proofErr w:type="spellStart"/>
      <w:r w:rsidRPr="00A02C1C">
        <w:rPr>
          <w:sz w:val="22"/>
          <w:lang w:val="ru-RU"/>
        </w:rPr>
        <w:t>атындағы</w:t>
      </w:r>
      <w:proofErr w:type="spellEnd"/>
      <w:r w:rsidRPr="00A02C1C">
        <w:rPr>
          <w:sz w:val="22"/>
          <w:lang w:val="ru-RU"/>
        </w:rPr>
        <w:t xml:space="preserve"> </w:t>
      </w:r>
      <w:proofErr w:type="spellStart"/>
      <w:r w:rsidRPr="00A02C1C">
        <w:rPr>
          <w:sz w:val="22"/>
          <w:lang w:val="ru-RU"/>
        </w:rPr>
        <w:t>мектеп</w:t>
      </w:r>
      <w:proofErr w:type="spellEnd"/>
      <w:r w:rsidRPr="00A02C1C">
        <w:rPr>
          <w:sz w:val="22"/>
          <w:lang w:val="ru-RU"/>
        </w:rPr>
        <w:t>-интернаты» КММ</w:t>
      </w:r>
      <w:r w:rsidRPr="00A02C1C">
        <w:rPr>
          <w:sz w:val="22"/>
          <w:lang w:val="ru-RU"/>
        </w:rPr>
        <w:br/>
      </w:r>
      <w:proofErr w:type="spellStart"/>
      <w:r w:rsidRPr="00A02C1C">
        <w:rPr>
          <w:sz w:val="22"/>
          <w:lang w:val="ru-RU"/>
        </w:rPr>
        <w:t>мектеп</w:t>
      </w:r>
      <w:proofErr w:type="spellEnd"/>
      <w:r w:rsidRPr="00A02C1C">
        <w:rPr>
          <w:sz w:val="22"/>
          <w:lang w:val="ru-RU"/>
        </w:rPr>
        <w:t xml:space="preserve"> директоры: __________ П.С. </w:t>
      </w:r>
      <w:proofErr w:type="spellStart"/>
      <w:r w:rsidRPr="00A02C1C">
        <w:rPr>
          <w:sz w:val="22"/>
          <w:lang w:val="ru-RU"/>
        </w:rPr>
        <w:t>Жамшыбаева</w:t>
      </w:r>
      <w:proofErr w:type="spellEnd"/>
      <w:r w:rsidRPr="00A02C1C">
        <w:rPr>
          <w:sz w:val="22"/>
          <w:lang w:val="ru-RU"/>
        </w:rPr>
        <w:br/>
        <w:t>«____» __________ 2026 ж.</w:t>
      </w:r>
    </w:p>
    <w:p w:rsidR="000253A7" w:rsidRPr="00A02C1C" w:rsidRDefault="00EA5460">
      <w:pPr>
        <w:jc w:val="center"/>
        <w:rPr>
          <w:lang w:val="ru-RU"/>
        </w:rPr>
      </w:pPr>
      <w:r w:rsidRPr="00A02C1C">
        <w:rPr>
          <w:b/>
          <w:sz w:val="26"/>
          <w:lang w:val="ru-RU"/>
        </w:rPr>
        <w:t>2026</w:t>
      </w:r>
      <w:r w:rsidR="00A02C1C">
        <w:rPr>
          <w:b/>
          <w:sz w:val="26"/>
          <w:lang w:val="ru-RU"/>
        </w:rPr>
        <w:t>–2027</w:t>
      </w:r>
      <w:proofErr w:type="gramStart"/>
      <w:r w:rsidR="00A02C1C">
        <w:rPr>
          <w:b/>
          <w:sz w:val="26"/>
          <w:lang w:val="ru-RU"/>
        </w:rPr>
        <w:t xml:space="preserve"> О</w:t>
      </w:r>
      <w:proofErr w:type="gramEnd"/>
      <w:r w:rsidR="00A02C1C">
        <w:rPr>
          <w:b/>
          <w:sz w:val="26"/>
          <w:lang w:val="ru-RU"/>
        </w:rPr>
        <w:t>ҚУ ЖЫЛЫНА АРНАЛҒАН</w:t>
      </w:r>
      <w:r w:rsidR="00A02C1C">
        <w:rPr>
          <w:b/>
          <w:sz w:val="26"/>
          <w:lang w:val="ru-RU"/>
        </w:rPr>
        <w:br/>
        <w:t>ББЖМ</w:t>
      </w:r>
      <w:r w:rsidRPr="00A02C1C">
        <w:rPr>
          <w:b/>
          <w:sz w:val="26"/>
          <w:lang w:val="ru-RU"/>
        </w:rPr>
        <w:t xml:space="preserve"> ЖӘНЕ </w:t>
      </w:r>
      <w:r>
        <w:rPr>
          <w:b/>
          <w:sz w:val="26"/>
        </w:rPr>
        <w:t>PISA</w:t>
      </w:r>
      <w:r w:rsidRPr="00A02C1C">
        <w:rPr>
          <w:b/>
          <w:sz w:val="26"/>
          <w:lang w:val="ru-RU"/>
        </w:rPr>
        <w:t xml:space="preserve"> ХАЛЫҚАРАЛЫҚ ЗЕРТТЕУІНЕ ДАЙЫНДЫҚ БОЙЫНША</w:t>
      </w:r>
      <w:r w:rsidRPr="00A02C1C">
        <w:rPr>
          <w:b/>
          <w:sz w:val="26"/>
          <w:lang w:val="ru-RU"/>
        </w:rPr>
        <w:br/>
        <w:t>ДИРЕКТОР</w:t>
      </w:r>
      <w:r w:rsidR="00A02C1C">
        <w:rPr>
          <w:b/>
          <w:sz w:val="26"/>
          <w:lang w:val="ru-RU"/>
        </w:rPr>
        <w:t>ДЫҢ</w:t>
      </w:r>
      <w:r w:rsidRPr="00A02C1C">
        <w:rPr>
          <w:b/>
          <w:sz w:val="26"/>
          <w:lang w:val="ru-RU"/>
        </w:rPr>
        <w:t xml:space="preserve"> </w:t>
      </w:r>
      <w:r w:rsidR="00A02C1C" w:rsidRPr="00A02C1C">
        <w:rPr>
          <w:b/>
          <w:sz w:val="26"/>
          <w:lang w:val="ru-RU"/>
        </w:rPr>
        <w:t>БЕЙІНДІК</w:t>
      </w:r>
      <w:r w:rsidR="00A02C1C">
        <w:rPr>
          <w:b/>
          <w:sz w:val="26"/>
          <w:lang w:val="ru-RU"/>
        </w:rPr>
        <w:t xml:space="preserve"> ІСІ ЖӨНІНДЕГІ</w:t>
      </w:r>
      <w:r w:rsidR="00A02C1C" w:rsidRPr="00A02C1C">
        <w:rPr>
          <w:b/>
          <w:sz w:val="26"/>
          <w:lang w:val="ru-RU"/>
        </w:rPr>
        <w:t xml:space="preserve"> </w:t>
      </w:r>
      <w:r w:rsidRPr="00A02C1C">
        <w:rPr>
          <w:b/>
          <w:sz w:val="26"/>
          <w:lang w:val="ru-RU"/>
        </w:rPr>
        <w:t>ОРЫНБАСАРЫНЫҢ ЖЫЛДЫҚ ЖҰМЫС ЖОСПАРЫ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957"/>
        <w:gridCol w:w="4025"/>
        <w:gridCol w:w="4195"/>
        <w:gridCol w:w="1701"/>
        <w:gridCol w:w="2551"/>
        <w:gridCol w:w="2059"/>
      </w:tblGrid>
      <w:tr w:rsidR="000253A7" w:rsidRPr="00A02C1C" w:rsidTr="009B1427">
        <w:trPr>
          <w:tblHeader/>
          <w:jc w:val="center"/>
        </w:trPr>
        <w:tc>
          <w:tcPr>
            <w:tcW w:w="957" w:type="dxa"/>
            <w:shd w:val="clear" w:color="auto" w:fill="auto"/>
            <w:vAlign w:val="center"/>
          </w:tcPr>
          <w:p w:rsidR="000253A7" w:rsidRPr="00A02C1C" w:rsidRDefault="00EA5460">
            <w:pPr>
              <w:jc w:val="center"/>
              <w:rPr>
                <w:rFonts w:cs="Times New Roman"/>
                <w:sz w:val="28"/>
                <w:szCs w:val="28"/>
              </w:rPr>
            </w:pPr>
            <w:r w:rsidRPr="00A02C1C">
              <w:rPr>
                <w:rFonts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4025" w:type="dxa"/>
            <w:shd w:val="clear" w:color="auto" w:fill="auto"/>
            <w:vAlign w:val="center"/>
          </w:tcPr>
          <w:p w:rsidR="000253A7" w:rsidRPr="00A02C1C" w:rsidRDefault="00EA5460">
            <w:pPr>
              <w:jc w:val="center"/>
              <w:rPr>
                <w:rFonts w:cs="Times New Roman"/>
                <w:sz w:val="28"/>
                <w:szCs w:val="28"/>
              </w:rPr>
            </w:pPr>
            <w:r w:rsidRPr="00A02C1C">
              <w:rPr>
                <w:rFonts w:cs="Times New Roman"/>
                <w:b/>
                <w:sz w:val="28"/>
                <w:szCs w:val="28"/>
              </w:rPr>
              <w:t>Іс-әрекеттер</w:t>
            </w:r>
          </w:p>
        </w:tc>
        <w:tc>
          <w:tcPr>
            <w:tcW w:w="4195" w:type="dxa"/>
            <w:shd w:val="clear" w:color="auto" w:fill="auto"/>
            <w:vAlign w:val="center"/>
          </w:tcPr>
          <w:p w:rsidR="000253A7" w:rsidRPr="00A02C1C" w:rsidRDefault="00EA5460">
            <w:pPr>
              <w:jc w:val="center"/>
              <w:rPr>
                <w:rFonts w:cs="Times New Roman"/>
                <w:sz w:val="28"/>
                <w:szCs w:val="28"/>
              </w:rPr>
            </w:pPr>
            <w:r w:rsidRPr="00A02C1C">
              <w:rPr>
                <w:rFonts w:cs="Times New Roman"/>
                <w:b/>
                <w:sz w:val="28"/>
                <w:szCs w:val="28"/>
              </w:rPr>
              <w:t>Мақсаты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0253A7" w:rsidRPr="00A02C1C" w:rsidRDefault="00EA5460">
            <w:pPr>
              <w:jc w:val="center"/>
              <w:rPr>
                <w:rFonts w:cs="Times New Roman"/>
                <w:sz w:val="28"/>
                <w:szCs w:val="28"/>
              </w:rPr>
            </w:pPr>
            <w:r w:rsidRPr="00A02C1C">
              <w:rPr>
                <w:rFonts w:cs="Times New Roman"/>
                <w:b/>
                <w:sz w:val="28"/>
                <w:szCs w:val="28"/>
              </w:rPr>
              <w:t>Орындау уақыты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0253A7" w:rsidRPr="00A02C1C" w:rsidRDefault="00EA5460">
            <w:pPr>
              <w:jc w:val="center"/>
              <w:rPr>
                <w:rFonts w:cs="Times New Roman"/>
                <w:sz w:val="28"/>
                <w:szCs w:val="28"/>
              </w:rPr>
            </w:pPr>
            <w:r w:rsidRPr="00A02C1C">
              <w:rPr>
                <w:rFonts w:cs="Times New Roman"/>
                <w:b/>
                <w:sz w:val="28"/>
                <w:szCs w:val="28"/>
              </w:rPr>
              <w:t>Жауаптылар</w:t>
            </w:r>
          </w:p>
        </w:tc>
        <w:tc>
          <w:tcPr>
            <w:tcW w:w="2059" w:type="dxa"/>
            <w:shd w:val="clear" w:color="auto" w:fill="auto"/>
            <w:vAlign w:val="center"/>
          </w:tcPr>
          <w:p w:rsidR="000253A7" w:rsidRPr="00A02C1C" w:rsidRDefault="00EA5460">
            <w:pPr>
              <w:jc w:val="center"/>
              <w:rPr>
                <w:rFonts w:cs="Times New Roman"/>
                <w:sz w:val="28"/>
                <w:szCs w:val="28"/>
              </w:rPr>
            </w:pPr>
            <w:r w:rsidRPr="00A02C1C">
              <w:rPr>
                <w:rFonts w:cs="Times New Roman"/>
                <w:b/>
                <w:sz w:val="28"/>
                <w:szCs w:val="28"/>
              </w:rPr>
              <w:t>Аяқтау формасы</w:t>
            </w:r>
          </w:p>
        </w:tc>
      </w:tr>
      <w:tr w:rsidR="000253A7" w:rsidRPr="00A02C1C" w:rsidTr="009B1427">
        <w:trPr>
          <w:jc w:val="center"/>
        </w:trPr>
        <w:tc>
          <w:tcPr>
            <w:tcW w:w="957" w:type="dxa"/>
            <w:vAlign w:val="center"/>
          </w:tcPr>
          <w:p w:rsidR="000253A7" w:rsidRPr="009B1427" w:rsidRDefault="000253A7" w:rsidP="009B1427">
            <w:pPr>
              <w:pStyle w:val="ae"/>
              <w:numPr>
                <w:ilvl w:val="0"/>
                <w:numId w:val="10"/>
              </w:numPr>
              <w:jc w:val="center"/>
              <w:rPr>
                <w:rFonts w:cs="Times New Roman"/>
                <w:sz w:val="28"/>
                <w:szCs w:val="28"/>
                <w:lang w:val="kk-KZ"/>
              </w:rPr>
            </w:pPr>
          </w:p>
        </w:tc>
        <w:tc>
          <w:tcPr>
            <w:tcW w:w="4025" w:type="dxa"/>
            <w:vAlign w:val="center"/>
          </w:tcPr>
          <w:p w:rsidR="000253A7" w:rsidRPr="009B1427" w:rsidRDefault="00EA5460">
            <w:pPr>
              <w:rPr>
                <w:rFonts w:cs="Times New Roman"/>
                <w:sz w:val="28"/>
                <w:szCs w:val="28"/>
                <w:lang w:val="kk-KZ"/>
              </w:rPr>
            </w:pPr>
            <w:r w:rsidRPr="009B1427">
              <w:rPr>
                <w:rFonts w:cs="Times New Roman"/>
                <w:sz w:val="28"/>
                <w:szCs w:val="28"/>
                <w:lang w:val="kk-KZ"/>
              </w:rPr>
              <w:t>МОДО (ББЖМ) және PISA-ға дайындық бойынша нормативтік-әдістемелік құжаттарды зерделеу</w:t>
            </w:r>
          </w:p>
        </w:tc>
        <w:tc>
          <w:tcPr>
            <w:tcW w:w="4195" w:type="dxa"/>
            <w:vAlign w:val="center"/>
          </w:tcPr>
          <w:p w:rsidR="000253A7" w:rsidRPr="00EC360D" w:rsidRDefault="00EA5460">
            <w:pPr>
              <w:rPr>
                <w:rFonts w:cs="Times New Roman"/>
                <w:sz w:val="28"/>
                <w:szCs w:val="28"/>
                <w:lang w:val="kk-KZ"/>
              </w:rPr>
            </w:pPr>
            <w:r w:rsidRPr="00EC360D">
              <w:rPr>
                <w:rFonts w:cs="Times New Roman"/>
                <w:sz w:val="28"/>
                <w:szCs w:val="28"/>
                <w:lang w:val="kk-KZ"/>
              </w:rPr>
              <w:t>Бағалау талаптары мен зерттеу бағыттарын нақтылап, дайындық жұмысын бірізді ұйымдастыру.</w:t>
            </w:r>
          </w:p>
        </w:tc>
        <w:tc>
          <w:tcPr>
            <w:tcW w:w="1701" w:type="dxa"/>
            <w:vAlign w:val="center"/>
          </w:tcPr>
          <w:p w:rsidR="000253A7" w:rsidRPr="00A02C1C" w:rsidRDefault="00EA5460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 w:rsidRPr="00A02C1C">
              <w:rPr>
                <w:rFonts w:cs="Times New Roman"/>
                <w:sz w:val="28"/>
                <w:szCs w:val="28"/>
              </w:rPr>
              <w:t>Тамыз</w:t>
            </w:r>
            <w:proofErr w:type="spellEnd"/>
          </w:p>
        </w:tc>
        <w:tc>
          <w:tcPr>
            <w:tcW w:w="2551" w:type="dxa"/>
            <w:vAlign w:val="center"/>
          </w:tcPr>
          <w:p w:rsidR="000253A7" w:rsidRPr="004B1742" w:rsidRDefault="004B1742">
            <w:pPr>
              <w:rPr>
                <w:rFonts w:cs="Times New Roman"/>
                <w:sz w:val="28"/>
                <w:szCs w:val="28"/>
                <w:lang w:val="kk-KZ"/>
              </w:rPr>
            </w:pPr>
            <w:r>
              <w:rPr>
                <w:rFonts w:cs="Times New Roman"/>
                <w:sz w:val="28"/>
                <w:szCs w:val="28"/>
                <w:lang w:val="kk-KZ"/>
              </w:rPr>
              <w:t>Э.К.Алуакасова</w:t>
            </w:r>
          </w:p>
        </w:tc>
        <w:tc>
          <w:tcPr>
            <w:tcW w:w="2059" w:type="dxa"/>
            <w:vAlign w:val="center"/>
          </w:tcPr>
          <w:p w:rsidR="000253A7" w:rsidRPr="00A02C1C" w:rsidRDefault="00EA5460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 w:rsidRPr="00A02C1C">
              <w:rPr>
                <w:rFonts w:cs="Times New Roman"/>
                <w:sz w:val="28"/>
                <w:szCs w:val="28"/>
              </w:rPr>
              <w:t>Ақпарат</w:t>
            </w:r>
            <w:proofErr w:type="spellEnd"/>
            <w:r w:rsidRPr="00A02C1C">
              <w:rPr>
                <w:rFonts w:cs="Times New Roman"/>
                <w:sz w:val="28"/>
                <w:szCs w:val="28"/>
              </w:rPr>
              <w:t xml:space="preserve">, </w:t>
            </w:r>
            <w:proofErr w:type="spellStart"/>
            <w:r w:rsidRPr="00A02C1C">
              <w:rPr>
                <w:rFonts w:cs="Times New Roman"/>
                <w:sz w:val="28"/>
                <w:szCs w:val="28"/>
              </w:rPr>
              <w:t>нұсқаулық</w:t>
            </w:r>
            <w:proofErr w:type="spellEnd"/>
          </w:p>
        </w:tc>
      </w:tr>
      <w:tr w:rsidR="000253A7" w:rsidRPr="00A02C1C" w:rsidTr="009B1427">
        <w:trPr>
          <w:jc w:val="center"/>
        </w:trPr>
        <w:tc>
          <w:tcPr>
            <w:tcW w:w="957" w:type="dxa"/>
            <w:vAlign w:val="center"/>
          </w:tcPr>
          <w:p w:rsidR="000253A7" w:rsidRPr="009B1427" w:rsidRDefault="000253A7" w:rsidP="009B1427">
            <w:pPr>
              <w:pStyle w:val="ae"/>
              <w:numPr>
                <w:ilvl w:val="0"/>
                <w:numId w:val="10"/>
              </w:numPr>
              <w:jc w:val="center"/>
              <w:rPr>
                <w:rFonts w:cs="Times New Roman"/>
                <w:sz w:val="28"/>
                <w:szCs w:val="28"/>
                <w:lang w:val="kk-KZ"/>
              </w:rPr>
            </w:pPr>
          </w:p>
        </w:tc>
        <w:tc>
          <w:tcPr>
            <w:tcW w:w="4025" w:type="dxa"/>
            <w:vAlign w:val="center"/>
          </w:tcPr>
          <w:p w:rsidR="000253A7" w:rsidRPr="00EC360D" w:rsidRDefault="00EA5460">
            <w:pPr>
              <w:rPr>
                <w:rFonts w:cs="Times New Roman"/>
                <w:sz w:val="28"/>
                <w:szCs w:val="28"/>
                <w:lang w:val="kk-KZ"/>
              </w:rPr>
            </w:pPr>
            <w:r w:rsidRPr="00EC360D">
              <w:rPr>
                <w:rFonts w:cs="Times New Roman"/>
                <w:sz w:val="28"/>
                <w:szCs w:val="28"/>
                <w:lang w:val="kk-KZ"/>
              </w:rPr>
              <w:t>4 және 9-сыныптар бойынша МОДО-ға дайындықтың мектепішілік жоспарын әзірлеу</w:t>
            </w:r>
          </w:p>
        </w:tc>
        <w:tc>
          <w:tcPr>
            <w:tcW w:w="4195" w:type="dxa"/>
            <w:vAlign w:val="center"/>
          </w:tcPr>
          <w:p w:rsidR="000253A7" w:rsidRPr="00EC360D" w:rsidRDefault="00EA5460">
            <w:pPr>
              <w:rPr>
                <w:rFonts w:cs="Times New Roman"/>
                <w:sz w:val="28"/>
                <w:szCs w:val="28"/>
                <w:lang w:val="kk-KZ"/>
              </w:rPr>
            </w:pPr>
            <w:r w:rsidRPr="00EC360D">
              <w:rPr>
                <w:rFonts w:cs="Times New Roman"/>
                <w:sz w:val="28"/>
                <w:szCs w:val="28"/>
                <w:lang w:val="kk-KZ"/>
              </w:rPr>
              <w:t>Дайындық жұмыстарының кезеңдерін, мерзімдерін және жауаптыларын айқындау.</w:t>
            </w:r>
          </w:p>
        </w:tc>
        <w:tc>
          <w:tcPr>
            <w:tcW w:w="1701" w:type="dxa"/>
            <w:vAlign w:val="center"/>
          </w:tcPr>
          <w:p w:rsidR="000253A7" w:rsidRPr="00A02C1C" w:rsidRDefault="00EA5460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 w:rsidRPr="00A02C1C">
              <w:rPr>
                <w:rFonts w:cs="Times New Roman"/>
                <w:sz w:val="28"/>
                <w:szCs w:val="28"/>
              </w:rPr>
              <w:t>Тамыз-қыркүйек</w:t>
            </w:r>
            <w:proofErr w:type="spellEnd"/>
          </w:p>
        </w:tc>
        <w:tc>
          <w:tcPr>
            <w:tcW w:w="2551" w:type="dxa"/>
            <w:vAlign w:val="center"/>
          </w:tcPr>
          <w:p w:rsidR="000253A7" w:rsidRPr="00A02C1C" w:rsidRDefault="004B1742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  <w:lang w:val="kk-KZ"/>
              </w:rPr>
              <w:t>Э.К.Алуакасова</w:t>
            </w:r>
            <w:r w:rsidR="00EA5460" w:rsidRPr="00A02C1C">
              <w:rPr>
                <w:rFonts w:cs="Times New Roman"/>
                <w:sz w:val="28"/>
                <w:szCs w:val="28"/>
              </w:rPr>
              <w:t xml:space="preserve">, </w:t>
            </w:r>
            <w:proofErr w:type="spellStart"/>
            <w:r w:rsidR="00EA5460" w:rsidRPr="00A02C1C">
              <w:rPr>
                <w:rFonts w:cs="Times New Roman"/>
                <w:sz w:val="28"/>
                <w:szCs w:val="28"/>
              </w:rPr>
              <w:t>пән</w:t>
            </w:r>
            <w:proofErr w:type="spellEnd"/>
            <w:r w:rsidR="00EA5460" w:rsidRPr="00A02C1C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="00EA5460" w:rsidRPr="00A02C1C">
              <w:rPr>
                <w:rFonts w:cs="Times New Roman"/>
                <w:sz w:val="28"/>
                <w:szCs w:val="28"/>
              </w:rPr>
              <w:t>мұғалімдері</w:t>
            </w:r>
            <w:proofErr w:type="spellEnd"/>
          </w:p>
        </w:tc>
        <w:tc>
          <w:tcPr>
            <w:tcW w:w="2059" w:type="dxa"/>
            <w:vAlign w:val="center"/>
          </w:tcPr>
          <w:p w:rsidR="000253A7" w:rsidRPr="00A02C1C" w:rsidRDefault="00EA5460">
            <w:pPr>
              <w:jc w:val="center"/>
              <w:rPr>
                <w:rFonts w:cs="Times New Roman"/>
                <w:sz w:val="28"/>
                <w:szCs w:val="28"/>
              </w:rPr>
            </w:pPr>
            <w:r w:rsidRPr="00A02C1C">
              <w:rPr>
                <w:rFonts w:cs="Times New Roman"/>
                <w:sz w:val="28"/>
                <w:szCs w:val="28"/>
              </w:rPr>
              <w:t>Жоспар</w:t>
            </w:r>
          </w:p>
        </w:tc>
      </w:tr>
      <w:tr w:rsidR="000253A7" w:rsidRPr="00A02C1C" w:rsidTr="009B1427">
        <w:trPr>
          <w:jc w:val="center"/>
        </w:trPr>
        <w:tc>
          <w:tcPr>
            <w:tcW w:w="957" w:type="dxa"/>
            <w:vAlign w:val="center"/>
          </w:tcPr>
          <w:p w:rsidR="000253A7" w:rsidRPr="009B1427" w:rsidRDefault="000253A7" w:rsidP="009B1427">
            <w:pPr>
              <w:pStyle w:val="ae"/>
              <w:numPr>
                <w:ilvl w:val="0"/>
                <w:numId w:val="10"/>
              </w:numPr>
              <w:jc w:val="center"/>
              <w:rPr>
                <w:rFonts w:cs="Times New Roman"/>
                <w:sz w:val="28"/>
                <w:szCs w:val="28"/>
                <w:lang w:val="kk-KZ"/>
              </w:rPr>
            </w:pPr>
          </w:p>
        </w:tc>
        <w:tc>
          <w:tcPr>
            <w:tcW w:w="4025" w:type="dxa"/>
            <w:vAlign w:val="center"/>
          </w:tcPr>
          <w:p w:rsidR="000253A7" w:rsidRPr="00AC3701" w:rsidRDefault="00EA5460">
            <w:pPr>
              <w:rPr>
                <w:rFonts w:cs="Times New Roman"/>
                <w:sz w:val="28"/>
                <w:szCs w:val="28"/>
                <w:lang w:val="kk-KZ"/>
              </w:rPr>
            </w:pPr>
            <w:r w:rsidRPr="00AC3701">
              <w:rPr>
                <w:rFonts w:cs="Times New Roman"/>
                <w:sz w:val="28"/>
                <w:szCs w:val="28"/>
                <w:lang w:val="kk-KZ"/>
              </w:rPr>
              <w:t>PISA зерттеуіне дайындықтың жылдық жоспарын әзірлеу</w:t>
            </w:r>
          </w:p>
        </w:tc>
        <w:tc>
          <w:tcPr>
            <w:tcW w:w="4195" w:type="dxa"/>
            <w:vAlign w:val="center"/>
          </w:tcPr>
          <w:p w:rsidR="000253A7" w:rsidRPr="00EC360D" w:rsidRDefault="00EA5460">
            <w:pPr>
              <w:rPr>
                <w:rFonts w:cs="Times New Roman"/>
                <w:sz w:val="28"/>
                <w:szCs w:val="28"/>
                <w:lang w:val="kk-KZ"/>
              </w:rPr>
            </w:pPr>
            <w:r w:rsidRPr="00EC360D">
              <w:rPr>
                <w:rFonts w:cs="Times New Roman"/>
                <w:sz w:val="28"/>
                <w:szCs w:val="28"/>
                <w:lang w:val="kk-KZ"/>
              </w:rPr>
              <w:t>Оқу, математикалық және жаратылыстану-ғылыми сауаттылық бағыттарын жүйелі дамыту.</w:t>
            </w:r>
          </w:p>
        </w:tc>
        <w:tc>
          <w:tcPr>
            <w:tcW w:w="1701" w:type="dxa"/>
            <w:vAlign w:val="center"/>
          </w:tcPr>
          <w:p w:rsidR="000253A7" w:rsidRPr="00A02C1C" w:rsidRDefault="00EA5460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 w:rsidRPr="00A02C1C">
              <w:rPr>
                <w:rFonts w:cs="Times New Roman"/>
                <w:sz w:val="28"/>
                <w:szCs w:val="28"/>
              </w:rPr>
              <w:t>Қыркүйек</w:t>
            </w:r>
            <w:proofErr w:type="spellEnd"/>
          </w:p>
        </w:tc>
        <w:tc>
          <w:tcPr>
            <w:tcW w:w="2551" w:type="dxa"/>
            <w:vAlign w:val="center"/>
          </w:tcPr>
          <w:p w:rsidR="000253A7" w:rsidRPr="00A02C1C" w:rsidRDefault="004B1742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  <w:lang w:val="kk-KZ"/>
              </w:rPr>
              <w:t>Э.К.Алуакасова</w:t>
            </w:r>
            <w:r w:rsidR="00EA5460" w:rsidRPr="00A02C1C">
              <w:rPr>
                <w:rFonts w:cs="Times New Roman"/>
                <w:sz w:val="28"/>
                <w:szCs w:val="28"/>
              </w:rPr>
              <w:t xml:space="preserve">, </w:t>
            </w:r>
            <w:proofErr w:type="spellStart"/>
            <w:r w:rsidR="00EA5460" w:rsidRPr="00A02C1C">
              <w:rPr>
                <w:rFonts w:cs="Times New Roman"/>
                <w:sz w:val="28"/>
                <w:szCs w:val="28"/>
              </w:rPr>
              <w:t>пән</w:t>
            </w:r>
            <w:proofErr w:type="spellEnd"/>
            <w:r w:rsidR="00EA5460" w:rsidRPr="00A02C1C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="00EA5460" w:rsidRPr="00A02C1C">
              <w:rPr>
                <w:rFonts w:cs="Times New Roman"/>
                <w:sz w:val="28"/>
                <w:szCs w:val="28"/>
              </w:rPr>
              <w:t>мұғалімдері</w:t>
            </w:r>
            <w:proofErr w:type="spellEnd"/>
          </w:p>
        </w:tc>
        <w:tc>
          <w:tcPr>
            <w:tcW w:w="2059" w:type="dxa"/>
            <w:vAlign w:val="center"/>
          </w:tcPr>
          <w:p w:rsidR="000253A7" w:rsidRPr="00A02C1C" w:rsidRDefault="00EA5460">
            <w:pPr>
              <w:jc w:val="center"/>
              <w:rPr>
                <w:rFonts w:cs="Times New Roman"/>
                <w:sz w:val="28"/>
                <w:szCs w:val="28"/>
              </w:rPr>
            </w:pPr>
            <w:r w:rsidRPr="00A02C1C">
              <w:rPr>
                <w:rFonts w:cs="Times New Roman"/>
                <w:sz w:val="28"/>
                <w:szCs w:val="28"/>
              </w:rPr>
              <w:t>Жоспар</w:t>
            </w:r>
          </w:p>
        </w:tc>
      </w:tr>
      <w:tr w:rsidR="000253A7" w:rsidRPr="00A02C1C" w:rsidTr="009B1427">
        <w:trPr>
          <w:jc w:val="center"/>
        </w:trPr>
        <w:tc>
          <w:tcPr>
            <w:tcW w:w="957" w:type="dxa"/>
            <w:vAlign w:val="center"/>
          </w:tcPr>
          <w:p w:rsidR="000253A7" w:rsidRPr="009B1427" w:rsidRDefault="000253A7" w:rsidP="009B1427">
            <w:pPr>
              <w:pStyle w:val="ae"/>
              <w:numPr>
                <w:ilvl w:val="0"/>
                <w:numId w:val="10"/>
              </w:numPr>
              <w:jc w:val="center"/>
              <w:rPr>
                <w:rFonts w:cs="Times New Roman"/>
                <w:sz w:val="28"/>
                <w:szCs w:val="28"/>
                <w:lang w:val="kk-KZ"/>
              </w:rPr>
            </w:pPr>
          </w:p>
        </w:tc>
        <w:tc>
          <w:tcPr>
            <w:tcW w:w="4025" w:type="dxa"/>
            <w:vAlign w:val="center"/>
          </w:tcPr>
          <w:p w:rsidR="000253A7" w:rsidRDefault="00EA5460">
            <w:pPr>
              <w:rPr>
                <w:rFonts w:cs="Times New Roman"/>
                <w:sz w:val="28"/>
                <w:szCs w:val="28"/>
                <w:lang w:val="kk-KZ"/>
              </w:rPr>
            </w:pPr>
            <w:r w:rsidRPr="00EC360D">
              <w:rPr>
                <w:rFonts w:cs="Times New Roman"/>
                <w:sz w:val="28"/>
                <w:szCs w:val="28"/>
                <w:lang w:val="kk-KZ"/>
              </w:rPr>
              <w:t>МОДО пәндері бойынша мұғалімдердің жеке дайындық жоспарларын жинақтау</w:t>
            </w:r>
          </w:p>
          <w:p w:rsidR="004B1742" w:rsidRDefault="004B1742">
            <w:pPr>
              <w:rPr>
                <w:rFonts w:cs="Times New Roman"/>
                <w:sz w:val="28"/>
                <w:szCs w:val="28"/>
                <w:lang w:val="kk-KZ"/>
              </w:rPr>
            </w:pPr>
          </w:p>
          <w:p w:rsidR="004B1742" w:rsidRDefault="004B1742">
            <w:pPr>
              <w:rPr>
                <w:rFonts w:cs="Times New Roman"/>
                <w:sz w:val="28"/>
                <w:szCs w:val="28"/>
                <w:lang w:val="kk-KZ"/>
              </w:rPr>
            </w:pPr>
          </w:p>
          <w:p w:rsidR="004B1742" w:rsidRDefault="004B1742">
            <w:pPr>
              <w:rPr>
                <w:rFonts w:cs="Times New Roman"/>
                <w:sz w:val="28"/>
                <w:szCs w:val="28"/>
                <w:lang w:val="kk-KZ"/>
              </w:rPr>
            </w:pPr>
          </w:p>
          <w:p w:rsidR="004B1742" w:rsidRPr="004B1742" w:rsidRDefault="004B1742">
            <w:pPr>
              <w:rPr>
                <w:rFonts w:cs="Times New Roman"/>
                <w:sz w:val="28"/>
                <w:szCs w:val="28"/>
                <w:lang w:val="kk-KZ"/>
              </w:rPr>
            </w:pPr>
          </w:p>
        </w:tc>
        <w:tc>
          <w:tcPr>
            <w:tcW w:w="4195" w:type="dxa"/>
            <w:vAlign w:val="center"/>
          </w:tcPr>
          <w:p w:rsidR="000253A7" w:rsidRPr="004B1742" w:rsidRDefault="00EA5460">
            <w:pPr>
              <w:rPr>
                <w:rFonts w:cs="Times New Roman"/>
                <w:sz w:val="28"/>
                <w:szCs w:val="28"/>
                <w:lang w:val="kk-KZ"/>
              </w:rPr>
            </w:pPr>
            <w:r w:rsidRPr="004B1742">
              <w:rPr>
                <w:rFonts w:cs="Times New Roman"/>
                <w:sz w:val="28"/>
                <w:szCs w:val="28"/>
                <w:lang w:val="kk-KZ"/>
              </w:rPr>
              <w:t>Әр пән бойынша мақсатты жұмысты жүйелеу және орындалуын бақылау.</w:t>
            </w:r>
          </w:p>
        </w:tc>
        <w:tc>
          <w:tcPr>
            <w:tcW w:w="1701" w:type="dxa"/>
            <w:vAlign w:val="center"/>
          </w:tcPr>
          <w:p w:rsidR="000253A7" w:rsidRPr="00A02C1C" w:rsidRDefault="00EA5460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 w:rsidRPr="00A02C1C">
              <w:rPr>
                <w:rFonts w:cs="Times New Roman"/>
                <w:sz w:val="28"/>
                <w:szCs w:val="28"/>
              </w:rPr>
              <w:t>Қыркүйек</w:t>
            </w:r>
            <w:proofErr w:type="spellEnd"/>
          </w:p>
        </w:tc>
        <w:tc>
          <w:tcPr>
            <w:tcW w:w="2551" w:type="dxa"/>
            <w:vAlign w:val="center"/>
          </w:tcPr>
          <w:p w:rsidR="000253A7" w:rsidRPr="00A02C1C" w:rsidRDefault="004B1742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  <w:lang w:val="kk-KZ"/>
              </w:rPr>
              <w:t>Э.К.Алуакасова</w:t>
            </w:r>
            <w:r w:rsidR="00EA5460" w:rsidRPr="00A02C1C">
              <w:rPr>
                <w:rFonts w:cs="Times New Roman"/>
                <w:sz w:val="28"/>
                <w:szCs w:val="28"/>
              </w:rPr>
              <w:t xml:space="preserve">, </w:t>
            </w:r>
            <w:proofErr w:type="spellStart"/>
            <w:r w:rsidR="00EA5460" w:rsidRPr="00A02C1C">
              <w:rPr>
                <w:rFonts w:cs="Times New Roman"/>
                <w:sz w:val="28"/>
                <w:szCs w:val="28"/>
              </w:rPr>
              <w:t>пән</w:t>
            </w:r>
            <w:proofErr w:type="spellEnd"/>
            <w:r w:rsidR="00EA5460" w:rsidRPr="00A02C1C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="00EA5460" w:rsidRPr="00A02C1C">
              <w:rPr>
                <w:rFonts w:cs="Times New Roman"/>
                <w:sz w:val="28"/>
                <w:szCs w:val="28"/>
              </w:rPr>
              <w:t>мұғалімдері</w:t>
            </w:r>
            <w:proofErr w:type="spellEnd"/>
          </w:p>
        </w:tc>
        <w:tc>
          <w:tcPr>
            <w:tcW w:w="2059" w:type="dxa"/>
            <w:vAlign w:val="center"/>
          </w:tcPr>
          <w:p w:rsidR="000253A7" w:rsidRPr="00A02C1C" w:rsidRDefault="00EA5460">
            <w:pPr>
              <w:jc w:val="center"/>
              <w:rPr>
                <w:rFonts w:cs="Times New Roman"/>
                <w:sz w:val="28"/>
                <w:szCs w:val="28"/>
              </w:rPr>
            </w:pPr>
            <w:r w:rsidRPr="00A02C1C">
              <w:rPr>
                <w:rFonts w:cs="Times New Roman"/>
                <w:sz w:val="28"/>
                <w:szCs w:val="28"/>
              </w:rPr>
              <w:t>Жоспарлар папкасы</w:t>
            </w:r>
          </w:p>
        </w:tc>
      </w:tr>
      <w:tr w:rsidR="000253A7" w:rsidRPr="00A02C1C" w:rsidTr="009B1427">
        <w:trPr>
          <w:jc w:val="center"/>
        </w:trPr>
        <w:tc>
          <w:tcPr>
            <w:tcW w:w="957" w:type="dxa"/>
            <w:vAlign w:val="center"/>
          </w:tcPr>
          <w:p w:rsidR="000253A7" w:rsidRPr="009B1427" w:rsidRDefault="000253A7" w:rsidP="009B1427">
            <w:pPr>
              <w:pStyle w:val="ae"/>
              <w:numPr>
                <w:ilvl w:val="0"/>
                <w:numId w:val="10"/>
              </w:numPr>
              <w:jc w:val="center"/>
              <w:rPr>
                <w:rFonts w:cs="Times New Roman"/>
                <w:sz w:val="28"/>
                <w:szCs w:val="28"/>
                <w:lang w:val="kk-KZ"/>
              </w:rPr>
            </w:pPr>
          </w:p>
        </w:tc>
        <w:tc>
          <w:tcPr>
            <w:tcW w:w="4025" w:type="dxa"/>
            <w:vAlign w:val="center"/>
          </w:tcPr>
          <w:p w:rsidR="000253A7" w:rsidRPr="00AC3701" w:rsidRDefault="00EA5460">
            <w:pPr>
              <w:rPr>
                <w:rFonts w:cs="Times New Roman"/>
                <w:sz w:val="28"/>
                <w:szCs w:val="28"/>
                <w:lang w:val="kk-KZ"/>
              </w:rPr>
            </w:pPr>
            <w:r w:rsidRPr="00AC3701">
              <w:rPr>
                <w:rFonts w:cs="Times New Roman"/>
                <w:sz w:val="28"/>
                <w:szCs w:val="28"/>
                <w:lang w:val="kk-KZ"/>
              </w:rPr>
              <w:t>МОДО-ға дайындық сабақтарының мектепішілік кестесін бекіту</w:t>
            </w:r>
          </w:p>
        </w:tc>
        <w:tc>
          <w:tcPr>
            <w:tcW w:w="4195" w:type="dxa"/>
            <w:vAlign w:val="center"/>
          </w:tcPr>
          <w:p w:rsidR="000253A7" w:rsidRDefault="00EA5460">
            <w:pPr>
              <w:rPr>
                <w:rFonts w:cs="Times New Roman"/>
                <w:sz w:val="28"/>
                <w:szCs w:val="28"/>
                <w:lang w:val="kk-KZ"/>
              </w:rPr>
            </w:pPr>
            <w:r w:rsidRPr="00EC360D">
              <w:rPr>
                <w:rFonts w:cs="Times New Roman"/>
                <w:sz w:val="28"/>
                <w:szCs w:val="28"/>
                <w:lang w:val="kk-KZ"/>
              </w:rPr>
              <w:t>Түстен кейінгі дайындық сабақтарын тиімді үйлестіріп, уақыт сәйкестігін болдырмау.</w:t>
            </w:r>
          </w:p>
          <w:p w:rsidR="004B1742" w:rsidRPr="004B1742" w:rsidRDefault="004B1742">
            <w:pPr>
              <w:rPr>
                <w:rFonts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  <w:vAlign w:val="center"/>
          </w:tcPr>
          <w:p w:rsidR="000253A7" w:rsidRPr="00A02C1C" w:rsidRDefault="00EA5460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 w:rsidRPr="00A02C1C">
              <w:rPr>
                <w:rFonts w:cs="Times New Roman"/>
                <w:sz w:val="28"/>
                <w:szCs w:val="28"/>
              </w:rPr>
              <w:t>Қыркүйек</w:t>
            </w:r>
            <w:proofErr w:type="spellEnd"/>
          </w:p>
        </w:tc>
        <w:tc>
          <w:tcPr>
            <w:tcW w:w="2551" w:type="dxa"/>
            <w:vAlign w:val="center"/>
          </w:tcPr>
          <w:p w:rsidR="000253A7" w:rsidRPr="00A02C1C" w:rsidRDefault="004B1742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  <w:lang w:val="kk-KZ"/>
              </w:rPr>
              <w:t>Э.К.Алуакасова</w:t>
            </w:r>
          </w:p>
        </w:tc>
        <w:tc>
          <w:tcPr>
            <w:tcW w:w="2059" w:type="dxa"/>
            <w:vAlign w:val="center"/>
          </w:tcPr>
          <w:p w:rsidR="000253A7" w:rsidRPr="00A02C1C" w:rsidRDefault="00EA5460">
            <w:pPr>
              <w:jc w:val="center"/>
              <w:rPr>
                <w:rFonts w:cs="Times New Roman"/>
                <w:sz w:val="28"/>
                <w:szCs w:val="28"/>
              </w:rPr>
            </w:pPr>
            <w:r w:rsidRPr="00A02C1C">
              <w:rPr>
                <w:rFonts w:cs="Times New Roman"/>
                <w:sz w:val="28"/>
                <w:szCs w:val="28"/>
              </w:rPr>
              <w:t>Кесте</w:t>
            </w:r>
          </w:p>
        </w:tc>
      </w:tr>
      <w:tr w:rsidR="000253A7" w:rsidRPr="00A02C1C" w:rsidTr="009B1427">
        <w:trPr>
          <w:jc w:val="center"/>
        </w:trPr>
        <w:tc>
          <w:tcPr>
            <w:tcW w:w="957" w:type="dxa"/>
            <w:vAlign w:val="center"/>
          </w:tcPr>
          <w:p w:rsidR="000253A7" w:rsidRPr="009B1427" w:rsidRDefault="000253A7" w:rsidP="009B1427">
            <w:pPr>
              <w:pStyle w:val="ae"/>
              <w:numPr>
                <w:ilvl w:val="0"/>
                <w:numId w:val="10"/>
              </w:numPr>
              <w:jc w:val="center"/>
              <w:rPr>
                <w:rFonts w:cs="Times New Roman"/>
                <w:sz w:val="28"/>
                <w:szCs w:val="28"/>
                <w:lang w:val="kk-KZ"/>
              </w:rPr>
            </w:pPr>
          </w:p>
        </w:tc>
        <w:tc>
          <w:tcPr>
            <w:tcW w:w="4025" w:type="dxa"/>
            <w:vAlign w:val="center"/>
          </w:tcPr>
          <w:p w:rsidR="000253A7" w:rsidRPr="00AC3701" w:rsidRDefault="00EA5460">
            <w:pPr>
              <w:rPr>
                <w:rFonts w:cs="Times New Roman"/>
                <w:sz w:val="28"/>
                <w:szCs w:val="28"/>
                <w:lang w:val="kk-KZ"/>
              </w:rPr>
            </w:pPr>
            <w:r w:rsidRPr="00AC3701">
              <w:rPr>
                <w:rFonts w:cs="Times New Roman"/>
                <w:sz w:val="28"/>
                <w:szCs w:val="28"/>
                <w:lang w:val="kk-KZ"/>
              </w:rPr>
              <w:t>Білім олқылықтарын жоюға арналған жеке және топтық түзету жұмыстарын ұйымдастыру</w:t>
            </w:r>
          </w:p>
        </w:tc>
        <w:tc>
          <w:tcPr>
            <w:tcW w:w="4195" w:type="dxa"/>
            <w:vAlign w:val="center"/>
          </w:tcPr>
          <w:p w:rsidR="000253A7" w:rsidRPr="00EC360D" w:rsidRDefault="00EA5460">
            <w:pPr>
              <w:rPr>
                <w:rFonts w:cs="Times New Roman"/>
                <w:sz w:val="28"/>
                <w:szCs w:val="28"/>
                <w:lang w:val="kk-KZ"/>
              </w:rPr>
            </w:pPr>
            <w:r w:rsidRPr="00EC360D">
              <w:rPr>
                <w:rFonts w:cs="Times New Roman"/>
                <w:sz w:val="28"/>
                <w:szCs w:val="28"/>
                <w:lang w:val="kk-KZ"/>
              </w:rPr>
              <w:t>Оқушылардың анықталған қиындықтарына сәйкес мақсатты қолдау көрсету.</w:t>
            </w:r>
          </w:p>
        </w:tc>
        <w:tc>
          <w:tcPr>
            <w:tcW w:w="1701" w:type="dxa"/>
            <w:vAlign w:val="center"/>
          </w:tcPr>
          <w:p w:rsidR="000253A7" w:rsidRPr="00A02C1C" w:rsidRDefault="00EA5460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 w:rsidRPr="00A02C1C">
              <w:rPr>
                <w:rFonts w:cs="Times New Roman"/>
                <w:sz w:val="28"/>
                <w:szCs w:val="28"/>
              </w:rPr>
              <w:t>Қазаннан</w:t>
            </w:r>
            <w:proofErr w:type="spellEnd"/>
            <w:r w:rsidRPr="00A02C1C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02C1C">
              <w:rPr>
                <w:rFonts w:cs="Times New Roman"/>
                <w:sz w:val="28"/>
                <w:szCs w:val="28"/>
              </w:rPr>
              <w:t>бастап</w:t>
            </w:r>
            <w:proofErr w:type="spellEnd"/>
          </w:p>
        </w:tc>
        <w:tc>
          <w:tcPr>
            <w:tcW w:w="2551" w:type="dxa"/>
            <w:vAlign w:val="center"/>
          </w:tcPr>
          <w:p w:rsidR="000253A7" w:rsidRPr="00A02C1C" w:rsidRDefault="00EA5460">
            <w:pPr>
              <w:rPr>
                <w:rFonts w:cs="Times New Roman"/>
                <w:sz w:val="28"/>
                <w:szCs w:val="28"/>
              </w:rPr>
            </w:pPr>
            <w:r w:rsidRPr="00A02C1C">
              <w:rPr>
                <w:rFonts w:cs="Times New Roman"/>
                <w:sz w:val="28"/>
                <w:szCs w:val="28"/>
              </w:rPr>
              <w:t>Пән мұғалімдері</w:t>
            </w:r>
          </w:p>
        </w:tc>
        <w:tc>
          <w:tcPr>
            <w:tcW w:w="2059" w:type="dxa"/>
            <w:vAlign w:val="center"/>
          </w:tcPr>
          <w:p w:rsidR="000253A7" w:rsidRPr="00A02C1C" w:rsidRDefault="00EA5460">
            <w:pPr>
              <w:jc w:val="center"/>
              <w:rPr>
                <w:rFonts w:cs="Times New Roman"/>
                <w:sz w:val="28"/>
                <w:szCs w:val="28"/>
              </w:rPr>
            </w:pPr>
            <w:r w:rsidRPr="00A02C1C">
              <w:rPr>
                <w:rFonts w:cs="Times New Roman"/>
                <w:sz w:val="28"/>
                <w:szCs w:val="28"/>
              </w:rPr>
              <w:t>Жеке жұмыс жоспары</w:t>
            </w:r>
          </w:p>
        </w:tc>
      </w:tr>
      <w:tr w:rsidR="000253A7" w:rsidRPr="00A02C1C" w:rsidTr="009B1427">
        <w:trPr>
          <w:jc w:val="center"/>
        </w:trPr>
        <w:tc>
          <w:tcPr>
            <w:tcW w:w="957" w:type="dxa"/>
            <w:vAlign w:val="center"/>
          </w:tcPr>
          <w:p w:rsidR="000253A7" w:rsidRPr="009B1427" w:rsidRDefault="000253A7" w:rsidP="009B1427">
            <w:pPr>
              <w:pStyle w:val="ae"/>
              <w:numPr>
                <w:ilvl w:val="0"/>
                <w:numId w:val="10"/>
              </w:numPr>
              <w:jc w:val="center"/>
              <w:rPr>
                <w:rFonts w:cs="Times New Roman"/>
                <w:sz w:val="28"/>
                <w:szCs w:val="28"/>
                <w:lang w:val="kk-KZ"/>
              </w:rPr>
            </w:pPr>
          </w:p>
        </w:tc>
        <w:tc>
          <w:tcPr>
            <w:tcW w:w="4025" w:type="dxa"/>
            <w:vAlign w:val="center"/>
          </w:tcPr>
          <w:p w:rsidR="000253A7" w:rsidRPr="00EC360D" w:rsidRDefault="00EA5460">
            <w:pPr>
              <w:rPr>
                <w:rFonts w:cs="Times New Roman"/>
                <w:sz w:val="28"/>
                <w:szCs w:val="28"/>
                <w:lang w:val="kk-KZ"/>
              </w:rPr>
            </w:pPr>
            <w:r w:rsidRPr="00EC360D">
              <w:rPr>
                <w:rFonts w:cs="Times New Roman"/>
                <w:sz w:val="28"/>
                <w:szCs w:val="28"/>
                <w:lang w:val="kk-KZ"/>
              </w:rPr>
              <w:t>Дайындық сабақтарына әкімшілік бақылау жүргізу</w:t>
            </w:r>
          </w:p>
        </w:tc>
        <w:tc>
          <w:tcPr>
            <w:tcW w:w="4195" w:type="dxa"/>
            <w:vAlign w:val="center"/>
          </w:tcPr>
          <w:p w:rsidR="000253A7" w:rsidRPr="00EC360D" w:rsidRDefault="00EA5460">
            <w:pPr>
              <w:rPr>
                <w:rFonts w:cs="Times New Roman"/>
                <w:sz w:val="28"/>
                <w:szCs w:val="28"/>
                <w:lang w:val="kk-KZ"/>
              </w:rPr>
            </w:pPr>
            <w:r w:rsidRPr="00EC360D">
              <w:rPr>
                <w:rFonts w:cs="Times New Roman"/>
                <w:sz w:val="28"/>
                <w:szCs w:val="28"/>
                <w:lang w:val="kk-KZ"/>
              </w:rPr>
              <w:t>Жоспардың орындалуын, сабақтардың жүйелілігі мен тиімділігін зерделеу.</w:t>
            </w:r>
          </w:p>
        </w:tc>
        <w:tc>
          <w:tcPr>
            <w:tcW w:w="1701" w:type="dxa"/>
            <w:vAlign w:val="center"/>
          </w:tcPr>
          <w:p w:rsidR="000253A7" w:rsidRPr="00A02C1C" w:rsidRDefault="00EA5460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 w:rsidRPr="00A02C1C">
              <w:rPr>
                <w:rFonts w:cs="Times New Roman"/>
                <w:sz w:val="28"/>
                <w:szCs w:val="28"/>
              </w:rPr>
              <w:t>Ай</w:t>
            </w:r>
            <w:proofErr w:type="spellEnd"/>
            <w:r w:rsidRPr="00A02C1C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02C1C">
              <w:rPr>
                <w:rFonts w:cs="Times New Roman"/>
                <w:sz w:val="28"/>
                <w:szCs w:val="28"/>
              </w:rPr>
              <w:t>сайын</w:t>
            </w:r>
            <w:proofErr w:type="spellEnd"/>
          </w:p>
        </w:tc>
        <w:tc>
          <w:tcPr>
            <w:tcW w:w="2551" w:type="dxa"/>
            <w:vAlign w:val="center"/>
          </w:tcPr>
          <w:p w:rsidR="000253A7" w:rsidRPr="00A02C1C" w:rsidRDefault="004B1742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  <w:lang w:val="kk-KZ"/>
              </w:rPr>
              <w:t>Э.К.Алуакасова</w:t>
            </w:r>
          </w:p>
        </w:tc>
        <w:tc>
          <w:tcPr>
            <w:tcW w:w="2059" w:type="dxa"/>
            <w:vAlign w:val="center"/>
          </w:tcPr>
          <w:p w:rsidR="000253A7" w:rsidRPr="00A02C1C" w:rsidRDefault="00EA5460">
            <w:pPr>
              <w:jc w:val="center"/>
              <w:rPr>
                <w:rFonts w:cs="Times New Roman"/>
                <w:sz w:val="28"/>
                <w:szCs w:val="28"/>
              </w:rPr>
            </w:pPr>
            <w:r w:rsidRPr="00A02C1C">
              <w:rPr>
                <w:rFonts w:cs="Times New Roman"/>
                <w:sz w:val="28"/>
                <w:szCs w:val="28"/>
              </w:rPr>
              <w:t>Бақылау парағы, анықтама</w:t>
            </w:r>
          </w:p>
        </w:tc>
      </w:tr>
      <w:tr w:rsidR="000253A7" w:rsidRPr="00A02C1C" w:rsidTr="009B1427">
        <w:trPr>
          <w:jc w:val="center"/>
        </w:trPr>
        <w:tc>
          <w:tcPr>
            <w:tcW w:w="957" w:type="dxa"/>
            <w:vAlign w:val="center"/>
          </w:tcPr>
          <w:p w:rsidR="000253A7" w:rsidRPr="009B1427" w:rsidRDefault="000253A7" w:rsidP="009B1427">
            <w:pPr>
              <w:pStyle w:val="ae"/>
              <w:numPr>
                <w:ilvl w:val="0"/>
                <w:numId w:val="10"/>
              </w:numPr>
              <w:rPr>
                <w:rFonts w:cs="Times New Roman"/>
                <w:sz w:val="28"/>
                <w:szCs w:val="28"/>
                <w:lang w:val="kk-KZ"/>
              </w:rPr>
            </w:pPr>
          </w:p>
        </w:tc>
        <w:tc>
          <w:tcPr>
            <w:tcW w:w="4025" w:type="dxa"/>
            <w:vAlign w:val="center"/>
          </w:tcPr>
          <w:p w:rsidR="000253A7" w:rsidRPr="00AC3701" w:rsidRDefault="00EA5460">
            <w:pPr>
              <w:rPr>
                <w:rFonts w:cs="Times New Roman"/>
                <w:sz w:val="28"/>
                <w:szCs w:val="28"/>
                <w:lang w:val="kk-KZ"/>
              </w:rPr>
            </w:pPr>
            <w:r w:rsidRPr="00AC3701">
              <w:rPr>
                <w:rFonts w:cs="Times New Roman"/>
                <w:sz w:val="28"/>
                <w:szCs w:val="28"/>
                <w:lang w:val="kk-KZ"/>
              </w:rPr>
              <w:t>Оқушылардың жеке нәтижелер картасын жүргізу</w:t>
            </w:r>
          </w:p>
        </w:tc>
        <w:tc>
          <w:tcPr>
            <w:tcW w:w="4195" w:type="dxa"/>
            <w:vAlign w:val="center"/>
          </w:tcPr>
          <w:p w:rsidR="000253A7" w:rsidRPr="00EC360D" w:rsidRDefault="00EA5460">
            <w:pPr>
              <w:rPr>
                <w:rFonts w:cs="Times New Roman"/>
                <w:sz w:val="28"/>
                <w:szCs w:val="28"/>
                <w:lang w:val="kk-KZ"/>
              </w:rPr>
            </w:pPr>
            <w:r w:rsidRPr="00EC360D">
              <w:rPr>
                <w:rFonts w:cs="Times New Roman"/>
                <w:sz w:val="28"/>
                <w:szCs w:val="28"/>
                <w:lang w:val="kk-KZ"/>
              </w:rPr>
              <w:t>Әр білім алушының нәтижесін салыстырып, өсу динамикасын бақылау.</w:t>
            </w:r>
          </w:p>
        </w:tc>
        <w:tc>
          <w:tcPr>
            <w:tcW w:w="1701" w:type="dxa"/>
            <w:vAlign w:val="center"/>
          </w:tcPr>
          <w:p w:rsidR="000253A7" w:rsidRPr="00A02C1C" w:rsidRDefault="00EA5460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 w:rsidRPr="00A02C1C">
              <w:rPr>
                <w:rFonts w:cs="Times New Roman"/>
                <w:sz w:val="28"/>
                <w:szCs w:val="28"/>
              </w:rPr>
              <w:t>Ай</w:t>
            </w:r>
            <w:proofErr w:type="spellEnd"/>
            <w:r w:rsidRPr="00A02C1C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02C1C">
              <w:rPr>
                <w:rFonts w:cs="Times New Roman"/>
                <w:sz w:val="28"/>
                <w:szCs w:val="28"/>
              </w:rPr>
              <w:t>сайын</w:t>
            </w:r>
            <w:proofErr w:type="spellEnd"/>
          </w:p>
        </w:tc>
        <w:tc>
          <w:tcPr>
            <w:tcW w:w="2551" w:type="dxa"/>
            <w:vAlign w:val="center"/>
          </w:tcPr>
          <w:p w:rsidR="000253A7" w:rsidRPr="00A02C1C" w:rsidRDefault="00EA5460">
            <w:pPr>
              <w:rPr>
                <w:rFonts w:cs="Times New Roman"/>
                <w:sz w:val="28"/>
                <w:szCs w:val="28"/>
              </w:rPr>
            </w:pPr>
            <w:r w:rsidRPr="00A02C1C">
              <w:rPr>
                <w:rFonts w:cs="Times New Roman"/>
                <w:sz w:val="28"/>
                <w:szCs w:val="28"/>
              </w:rPr>
              <w:t>Пән мұғалімдері</w:t>
            </w:r>
          </w:p>
        </w:tc>
        <w:tc>
          <w:tcPr>
            <w:tcW w:w="2059" w:type="dxa"/>
            <w:vAlign w:val="center"/>
          </w:tcPr>
          <w:p w:rsidR="000253A7" w:rsidRPr="00A02C1C" w:rsidRDefault="00EA5460">
            <w:pPr>
              <w:jc w:val="center"/>
              <w:rPr>
                <w:rFonts w:cs="Times New Roman"/>
                <w:sz w:val="28"/>
                <w:szCs w:val="28"/>
              </w:rPr>
            </w:pPr>
            <w:r w:rsidRPr="00A02C1C">
              <w:rPr>
                <w:rFonts w:cs="Times New Roman"/>
                <w:sz w:val="28"/>
                <w:szCs w:val="28"/>
              </w:rPr>
              <w:t>Жеке мониторинг картасы</w:t>
            </w:r>
          </w:p>
        </w:tc>
      </w:tr>
      <w:tr w:rsidR="000253A7" w:rsidRPr="00A02C1C" w:rsidTr="009B1427">
        <w:trPr>
          <w:jc w:val="center"/>
        </w:trPr>
        <w:tc>
          <w:tcPr>
            <w:tcW w:w="957" w:type="dxa"/>
            <w:vAlign w:val="center"/>
          </w:tcPr>
          <w:p w:rsidR="000253A7" w:rsidRPr="009B1427" w:rsidRDefault="000253A7" w:rsidP="009B1427">
            <w:pPr>
              <w:pStyle w:val="ae"/>
              <w:numPr>
                <w:ilvl w:val="0"/>
                <w:numId w:val="10"/>
              </w:numPr>
              <w:jc w:val="center"/>
              <w:rPr>
                <w:rFonts w:cs="Times New Roman"/>
                <w:sz w:val="28"/>
                <w:szCs w:val="28"/>
                <w:lang w:val="kk-KZ"/>
              </w:rPr>
            </w:pPr>
          </w:p>
        </w:tc>
        <w:tc>
          <w:tcPr>
            <w:tcW w:w="4025" w:type="dxa"/>
            <w:vAlign w:val="center"/>
          </w:tcPr>
          <w:p w:rsidR="000253A7" w:rsidRPr="00AC3701" w:rsidRDefault="00EA5460">
            <w:pPr>
              <w:rPr>
                <w:rFonts w:cs="Times New Roman"/>
                <w:sz w:val="28"/>
                <w:szCs w:val="28"/>
                <w:lang w:val="kk-KZ"/>
              </w:rPr>
            </w:pPr>
            <w:r w:rsidRPr="00AC3701">
              <w:rPr>
                <w:rFonts w:cs="Times New Roman"/>
                <w:sz w:val="28"/>
                <w:szCs w:val="28"/>
                <w:lang w:val="kk-KZ"/>
              </w:rPr>
              <w:t>Ата-аналарға МОДО және PISA ерекшеліктері бойынша түсіндіру жұмысын жүргізу</w:t>
            </w:r>
          </w:p>
        </w:tc>
        <w:tc>
          <w:tcPr>
            <w:tcW w:w="4195" w:type="dxa"/>
            <w:vAlign w:val="center"/>
          </w:tcPr>
          <w:p w:rsidR="000253A7" w:rsidRPr="00EC360D" w:rsidRDefault="00EA5460">
            <w:pPr>
              <w:rPr>
                <w:rFonts w:cs="Times New Roman"/>
                <w:sz w:val="28"/>
                <w:szCs w:val="28"/>
                <w:lang w:val="kk-KZ"/>
              </w:rPr>
            </w:pPr>
            <w:r w:rsidRPr="00EC360D">
              <w:rPr>
                <w:rFonts w:cs="Times New Roman"/>
                <w:sz w:val="28"/>
                <w:szCs w:val="28"/>
                <w:lang w:val="kk-KZ"/>
              </w:rPr>
              <w:t>Бағалау мақсаты, форматы және оқушыны қолдау жолдары туралы ақпараттандыру.</w:t>
            </w:r>
          </w:p>
        </w:tc>
        <w:tc>
          <w:tcPr>
            <w:tcW w:w="1701" w:type="dxa"/>
            <w:vAlign w:val="center"/>
          </w:tcPr>
          <w:p w:rsidR="000253A7" w:rsidRPr="00A02C1C" w:rsidRDefault="00EA5460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 w:rsidRPr="00A02C1C">
              <w:rPr>
                <w:rFonts w:cs="Times New Roman"/>
                <w:sz w:val="28"/>
                <w:szCs w:val="28"/>
              </w:rPr>
              <w:t>Қараша</w:t>
            </w:r>
            <w:proofErr w:type="spellEnd"/>
          </w:p>
        </w:tc>
        <w:tc>
          <w:tcPr>
            <w:tcW w:w="2551" w:type="dxa"/>
            <w:vAlign w:val="center"/>
          </w:tcPr>
          <w:p w:rsidR="000253A7" w:rsidRPr="00A02C1C" w:rsidRDefault="004B1742">
            <w:pPr>
              <w:rPr>
                <w:rFonts w:cs="Times New Roman"/>
                <w:sz w:val="28"/>
                <w:szCs w:val="28"/>
                <w:lang w:val="ru-RU"/>
              </w:rPr>
            </w:pPr>
            <w:r>
              <w:rPr>
                <w:rFonts w:cs="Times New Roman"/>
                <w:sz w:val="28"/>
                <w:szCs w:val="28"/>
                <w:lang w:val="kk-KZ"/>
              </w:rPr>
              <w:t>Э.К.Алуакасова</w:t>
            </w:r>
            <w:r w:rsidR="00EA5460" w:rsidRPr="00A02C1C">
              <w:rPr>
                <w:rFonts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="00EA5460" w:rsidRPr="00A02C1C">
              <w:rPr>
                <w:rFonts w:cs="Times New Roman"/>
                <w:sz w:val="28"/>
                <w:szCs w:val="28"/>
                <w:lang w:val="ru-RU"/>
              </w:rPr>
              <w:t>сынып</w:t>
            </w:r>
            <w:proofErr w:type="spellEnd"/>
            <w:r w:rsidR="00EA5460" w:rsidRPr="00A02C1C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EA5460" w:rsidRPr="00A02C1C">
              <w:rPr>
                <w:rFonts w:cs="Times New Roman"/>
                <w:sz w:val="28"/>
                <w:szCs w:val="28"/>
                <w:lang w:val="ru-RU"/>
              </w:rPr>
              <w:t>жетекшілері</w:t>
            </w:r>
            <w:proofErr w:type="spellEnd"/>
          </w:p>
        </w:tc>
        <w:tc>
          <w:tcPr>
            <w:tcW w:w="2059" w:type="dxa"/>
            <w:vAlign w:val="center"/>
          </w:tcPr>
          <w:p w:rsidR="000253A7" w:rsidRPr="00A02C1C" w:rsidRDefault="00EA5460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 w:rsidRPr="00A02C1C">
              <w:rPr>
                <w:rFonts w:cs="Times New Roman"/>
                <w:sz w:val="28"/>
                <w:szCs w:val="28"/>
              </w:rPr>
              <w:t>Хаттама</w:t>
            </w:r>
            <w:proofErr w:type="spellEnd"/>
            <w:r w:rsidRPr="00A02C1C">
              <w:rPr>
                <w:rFonts w:cs="Times New Roman"/>
                <w:sz w:val="28"/>
                <w:szCs w:val="28"/>
              </w:rPr>
              <w:t xml:space="preserve">, </w:t>
            </w:r>
            <w:proofErr w:type="spellStart"/>
            <w:r w:rsidRPr="00A02C1C">
              <w:rPr>
                <w:rFonts w:cs="Times New Roman"/>
                <w:sz w:val="28"/>
                <w:szCs w:val="28"/>
              </w:rPr>
              <w:t>ақпарат</w:t>
            </w:r>
            <w:proofErr w:type="spellEnd"/>
          </w:p>
        </w:tc>
      </w:tr>
      <w:tr w:rsidR="000253A7" w:rsidRPr="00A02C1C" w:rsidTr="009B1427">
        <w:trPr>
          <w:jc w:val="center"/>
        </w:trPr>
        <w:tc>
          <w:tcPr>
            <w:tcW w:w="957" w:type="dxa"/>
            <w:vAlign w:val="center"/>
          </w:tcPr>
          <w:p w:rsidR="000253A7" w:rsidRPr="009B1427" w:rsidRDefault="000253A7" w:rsidP="009B1427">
            <w:pPr>
              <w:pStyle w:val="ae"/>
              <w:numPr>
                <w:ilvl w:val="0"/>
                <w:numId w:val="10"/>
              </w:numPr>
              <w:jc w:val="center"/>
              <w:rPr>
                <w:rFonts w:cs="Times New Roman"/>
                <w:sz w:val="28"/>
                <w:szCs w:val="28"/>
                <w:lang w:val="kk-KZ"/>
              </w:rPr>
            </w:pPr>
          </w:p>
        </w:tc>
        <w:tc>
          <w:tcPr>
            <w:tcW w:w="4025" w:type="dxa"/>
            <w:vAlign w:val="center"/>
          </w:tcPr>
          <w:p w:rsidR="000253A7" w:rsidRPr="00EC360D" w:rsidRDefault="00EA5460">
            <w:pPr>
              <w:rPr>
                <w:rFonts w:cs="Times New Roman"/>
                <w:sz w:val="28"/>
                <w:szCs w:val="28"/>
                <w:lang w:val="kk-KZ"/>
              </w:rPr>
            </w:pPr>
            <w:r w:rsidRPr="00EC360D">
              <w:rPr>
                <w:rFonts w:cs="Times New Roman"/>
                <w:sz w:val="28"/>
                <w:szCs w:val="28"/>
                <w:lang w:val="kk-KZ"/>
              </w:rPr>
              <w:t>І тоқсан нәтижелері бойынша дайындық жұмыстарының аралық қорытындысын шығару</w:t>
            </w:r>
          </w:p>
        </w:tc>
        <w:tc>
          <w:tcPr>
            <w:tcW w:w="4195" w:type="dxa"/>
            <w:vAlign w:val="center"/>
          </w:tcPr>
          <w:p w:rsidR="000253A7" w:rsidRPr="00EC360D" w:rsidRDefault="00EA5460">
            <w:pPr>
              <w:rPr>
                <w:rFonts w:cs="Times New Roman"/>
                <w:sz w:val="28"/>
                <w:szCs w:val="28"/>
                <w:lang w:val="kk-KZ"/>
              </w:rPr>
            </w:pPr>
            <w:r w:rsidRPr="00EC360D">
              <w:rPr>
                <w:rFonts w:cs="Times New Roman"/>
                <w:sz w:val="28"/>
                <w:szCs w:val="28"/>
                <w:lang w:val="kk-KZ"/>
              </w:rPr>
              <w:t>Орындалған жұмыстардың тиімділігін бағалап, келесі кезеңге түзету енгізу.</w:t>
            </w:r>
          </w:p>
        </w:tc>
        <w:tc>
          <w:tcPr>
            <w:tcW w:w="1701" w:type="dxa"/>
            <w:vAlign w:val="center"/>
          </w:tcPr>
          <w:p w:rsidR="000253A7" w:rsidRPr="00A02C1C" w:rsidRDefault="00EA5460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 w:rsidRPr="00A02C1C">
              <w:rPr>
                <w:rFonts w:cs="Times New Roman"/>
                <w:sz w:val="28"/>
                <w:szCs w:val="28"/>
              </w:rPr>
              <w:t>Қараша</w:t>
            </w:r>
            <w:proofErr w:type="spellEnd"/>
          </w:p>
        </w:tc>
        <w:tc>
          <w:tcPr>
            <w:tcW w:w="2551" w:type="dxa"/>
            <w:vAlign w:val="center"/>
          </w:tcPr>
          <w:p w:rsidR="000253A7" w:rsidRPr="00A02C1C" w:rsidRDefault="004B1742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  <w:lang w:val="kk-KZ"/>
              </w:rPr>
              <w:t>Э.К.Алуакасова</w:t>
            </w:r>
          </w:p>
        </w:tc>
        <w:tc>
          <w:tcPr>
            <w:tcW w:w="2059" w:type="dxa"/>
            <w:vAlign w:val="center"/>
          </w:tcPr>
          <w:p w:rsidR="000253A7" w:rsidRPr="00A02C1C" w:rsidRDefault="00EA5460">
            <w:pPr>
              <w:jc w:val="center"/>
              <w:rPr>
                <w:rFonts w:cs="Times New Roman"/>
                <w:sz w:val="28"/>
                <w:szCs w:val="28"/>
              </w:rPr>
            </w:pPr>
            <w:r w:rsidRPr="00A02C1C">
              <w:rPr>
                <w:rFonts w:cs="Times New Roman"/>
                <w:sz w:val="28"/>
                <w:szCs w:val="28"/>
              </w:rPr>
              <w:t>Талдамалық анықтама</w:t>
            </w:r>
          </w:p>
        </w:tc>
      </w:tr>
      <w:tr w:rsidR="000253A7" w:rsidRPr="00A02C1C" w:rsidTr="009B1427">
        <w:trPr>
          <w:jc w:val="center"/>
        </w:trPr>
        <w:tc>
          <w:tcPr>
            <w:tcW w:w="957" w:type="dxa"/>
            <w:vAlign w:val="center"/>
          </w:tcPr>
          <w:p w:rsidR="000253A7" w:rsidRPr="009B1427" w:rsidRDefault="000253A7" w:rsidP="009B1427">
            <w:pPr>
              <w:pStyle w:val="ae"/>
              <w:numPr>
                <w:ilvl w:val="0"/>
                <w:numId w:val="10"/>
              </w:numPr>
              <w:jc w:val="center"/>
              <w:rPr>
                <w:rFonts w:cs="Times New Roman"/>
                <w:sz w:val="28"/>
                <w:szCs w:val="28"/>
                <w:lang w:val="kk-KZ"/>
              </w:rPr>
            </w:pPr>
          </w:p>
        </w:tc>
        <w:tc>
          <w:tcPr>
            <w:tcW w:w="4025" w:type="dxa"/>
            <w:vAlign w:val="center"/>
          </w:tcPr>
          <w:p w:rsidR="000D01A0" w:rsidRDefault="00EA5460">
            <w:pPr>
              <w:rPr>
                <w:rFonts w:cs="Times New Roman"/>
                <w:sz w:val="28"/>
                <w:szCs w:val="28"/>
                <w:lang w:val="kk-KZ"/>
              </w:rPr>
            </w:pPr>
            <w:r w:rsidRPr="00EC360D">
              <w:rPr>
                <w:rFonts w:cs="Times New Roman"/>
                <w:sz w:val="28"/>
                <w:szCs w:val="28"/>
                <w:lang w:val="kk-KZ"/>
              </w:rPr>
              <w:t xml:space="preserve">МОДО бойынша </w:t>
            </w:r>
          </w:p>
          <w:p w:rsidR="000253A7" w:rsidRDefault="00EA5460">
            <w:pPr>
              <w:rPr>
                <w:rFonts w:cs="Times New Roman"/>
                <w:sz w:val="28"/>
                <w:szCs w:val="28"/>
                <w:lang w:val="kk-KZ"/>
              </w:rPr>
            </w:pPr>
            <w:r w:rsidRPr="00EC360D">
              <w:rPr>
                <w:rFonts w:cs="Times New Roman"/>
                <w:sz w:val="28"/>
                <w:szCs w:val="28"/>
                <w:lang w:val="kk-KZ"/>
              </w:rPr>
              <w:t>І жартыжылдық нәтижелерін салыстырмалы талдау</w:t>
            </w:r>
          </w:p>
          <w:p w:rsidR="00EC360D" w:rsidRPr="00EC360D" w:rsidRDefault="00EC360D">
            <w:pPr>
              <w:rPr>
                <w:rFonts w:cs="Times New Roman"/>
                <w:sz w:val="28"/>
                <w:szCs w:val="28"/>
                <w:lang w:val="kk-KZ"/>
              </w:rPr>
            </w:pPr>
          </w:p>
        </w:tc>
        <w:tc>
          <w:tcPr>
            <w:tcW w:w="4195" w:type="dxa"/>
            <w:vAlign w:val="center"/>
          </w:tcPr>
          <w:p w:rsidR="000253A7" w:rsidRPr="00EC360D" w:rsidRDefault="00EA5460">
            <w:pPr>
              <w:rPr>
                <w:rFonts w:cs="Times New Roman"/>
                <w:sz w:val="28"/>
                <w:szCs w:val="28"/>
                <w:lang w:val="kk-KZ"/>
              </w:rPr>
            </w:pPr>
            <w:r w:rsidRPr="00EC360D">
              <w:rPr>
                <w:rFonts w:cs="Times New Roman"/>
                <w:sz w:val="28"/>
                <w:szCs w:val="28"/>
                <w:lang w:val="kk-KZ"/>
              </w:rPr>
              <w:t>Бастапқы және ағымдағы көрсеткіштерді салыстырып, ілгерілеу деңгейін анықтау.</w:t>
            </w:r>
          </w:p>
        </w:tc>
        <w:tc>
          <w:tcPr>
            <w:tcW w:w="1701" w:type="dxa"/>
            <w:vAlign w:val="center"/>
          </w:tcPr>
          <w:p w:rsidR="000253A7" w:rsidRPr="00A02C1C" w:rsidRDefault="00EA5460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 w:rsidRPr="00A02C1C">
              <w:rPr>
                <w:rFonts w:cs="Times New Roman"/>
                <w:sz w:val="28"/>
                <w:szCs w:val="28"/>
              </w:rPr>
              <w:t>Желтоқсан</w:t>
            </w:r>
            <w:proofErr w:type="spellEnd"/>
          </w:p>
        </w:tc>
        <w:tc>
          <w:tcPr>
            <w:tcW w:w="2551" w:type="dxa"/>
            <w:vAlign w:val="center"/>
          </w:tcPr>
          <w:p w:rsidR="000253A7" w:rsidRPr="00A02C1C" w:rsidRDefault="004B1742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  <w:lang w:val="kk-KZ"/>
              </w:rPr>
              <w:t>Э.К.Алуакасова</w:t>
            </w:r>
          </w:p>
        </w:tc>
        <w:tc>
          <w:tcPr>
            <w:tcW w:w="2059" w:type="dxa"/>
            <w:vAlign w:val="center"/>
          </w:tcPr>
          <w:p w:rsidR="000253A7" w:rsidRPr="00A02C1C" w:rsidRDefault="00EA5460">
            <w:pPr>
              <w:jc w:val="center"/>
              <w:rPr>
                <w:rFonts w:cs="Times New Roman"/>
                <w:sz w:val="28"/>
                <w:szCs w:val="28"/>
              </w:rPr>
            </w:pPr>
            <w:r w:rsidRPr="00A02C1C">
              <w:rPr>
                <w:rFonts w:cs="Times New Roman"/>
                <w:sz w:val="28"/>
                <w:szCs w:val="28"/>
              </w:rPr>
              <w:t>Салыстырмалы мониторинг</w:t>
            </w:r>
          </w:p>
        </w:tc>
      </w:tr>
      <w:tr w:rsidR="000253A7" w:rsidRPr="00A02C1C" w:rsidTr="009B1427">
        <w:trPr>
          <w:jc w:val="center"/>
        </w:trPr>
        <w:tc>
          <w:tcPr>
            <w:tcW w:w="957" w:type="dxa"/>
            <w:vAlign w:val="center"/>
          </w:tcPr>
          <w:p w:rsidR="000253A7" w:rsidRPr="009B1427" w:rsidRDefault="000253A7" w:rsidP="009B1427">
            <w:pPr>
              <w:pStyle w:val="ae"/>
              <w:numPr>
                <w:ilvl w:val="0"/>
                <w:numId w:val="10"/>
              </w:numPr>
              <w:jc w:val="center"/>
              <w:rPr>
                <w:rFonts w:cs="Times New Roman"/>
                <w:sz w:val="28"/>
                <w:szCs w:val="28"/>
                <w:lang w:val="kk-KZ"/>
              </w:rPr>
            </w:pPr>
          </w:p>
        </w:tc>
        <w:tc>
          <w:tcPr>
            <w:tcW w:w="4025" w:type="dxa"/>
            <w:vAlign w:val="center"/>
          </w:tcPr>
          <w:p w:rsidR="000253A7" w:rsidRPr="00EC360D" w:rsidRDefault="00EA5460">
            <w:pPr>
              <w:rPr>
                <w:rFonts w:cs="Times New Roman"/>
                <w:sz w:val="28"/>
                <w:szCs w:val="28"/>
                <w:lang w:val="kk-KZ"/>
              </w:rPr>
            </w:pPr>
            <w:r w:rsidRPr="00EC360D">
              <w:rPr>
                <w:rFonts w:cs="Times New Roman"/>
                <w:sz w:val="28"/>
                <w:szCs w:val="28"/>
                <w:lang w:val="kk-KZ"/>
              </w:rPr>
              <w:t>Төмен нәтиже көрсеткен оқушыларға қосымша консультациялар ұйымдастыру</w:t>
            </w:r>
          </w:p>
        </w:tc>
        <w:tc>
          <w:tcPr>
            <w:tcW w:w="4195" w:type="dxa"/>
            <w:vAlign w:val="center"/>
          </w:tcPr>
          <w:p w:rsidR="000253A7" w:rsidRPr="00EC360D" w:rsidRDefault="00EA5460">
            <w:pPr>
              <w:rPr>
                <w:rFonts w:cs="Times New Roman"/>
                <w:sz w:val="28"/>
                <w:szCs w:val="28"/>
                <w:lang w:val="kk-KZ"/>
              </w:rPr>
            </w:pPr>
            <w:r w:rsidRPr="00EC360D">
              <w:rPr>
                <w:rFonts w:cs="Times New Roman"/>
                <w:sz w:val="28"/>
                <w:szCs w:val="28"/>
                <w:lang w:val="kk-KZ"/>
              </w:rPr>
              <w:t>Жеке білім олқылықтарын толықтыру және оқу мотивациясын қолдау.</w:t>
            </w:r>
          </w:p>
        </w:tc>
        <w:tc>
          <w:tcPr>
            <w:tcW w:w="1701" w:type="dxa"/>
            <w:vAlign w:val="center"/>
          </w:tcPr>
          <w:p w:rsidR="000253A7" w:rsidRPr="00A02C1C" w:rsidRDefault="00EA5460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 w:rsidRPr="00A02C1C">
              <w:rPr>
                <w:rFonts w:cs="Times New Roman"/>
                <w:sz w:val="28"/>
                <w:szCs w:val="28"/>
              </w:rPr>
              <w:t>Қаңтар-ақпан</w:t>
            </w:r>
            <w:proofErr w:type="spellEnd"/>
          </w:p>
        </w:tc>
        <w:tc>
          <w:tcPr>
            <w:tcW w:w="2551" w:type="dxa"/>
            <w:vAlign w:val="center"/>
          </w:tcPr>
          <w:p w:rsidR="000253A7" w:rsidRPr="00A02C1C" w:rsidRDefault="00EA5460">
            <w:pPr>
              <w:rPr>
                <w:rFonts w:cs="Times New Roman"/>
                <w:sz w:val="28"/>
                <w:szCs w:val="28"/>
              </w:rPr>
            </w:pPr>
            <w:r w:rsidRPr="00A02C1C">
              <w:rPr>
                <w:rFonts w:cs="Times New Roman"/>
                <w:sz w:val="28"/>
                <w:szCs w:val="28"/>
              </w:rPr>
              <w:t>Пән мұғалімдері</w:t>
            </w:r>
          </w:p>
        </w:tc>
        <w:tc>
          <w:tcPr>
            <w:tcW w:w="2059" w:type="dxa"/>
            <w:vAlign w:val="center"/>
          </w:tcPr>
          <w:p w:rsidR="000253A7" w:rsidRPr="00A02C1C" w:rsidRDefault="00EA5460">
            <w:pPr>
              <w:jc w:val="center"/>
              <w:rPr>
                <w:rFonts w:cs="Times New Roman"/>
                <w:sz w:val="28"/>
                <w:szCs w:val="28"/>
              </w:rPr>
            </w:pPr>
            <w:r w:rsidRPr="00A02C1C">
              <w:rPr>
                <w:rFonts w:cs="Times New Roman"/>
                <w:sz w:val="28"/>
                <w:szCs w:val="28"/>
              </w:rPr>
              <w:t>Кесте, есеп</w:t>
            </w:r>
          </w:p>
        </w:tc>
      </w:tr>
      <w:tr w:rsidR="000253A7" w:rsidRPr="00A02C1C" w:rsidTr="009B1427">
        <w:trPr>
          <w:jc w:val="center"/>
        </w:trPr>
        <w:tc>
          <w:tcPr>
            <w:tcW w:w="957" w:type="dxa"/>
            <w:vAlign w:val="center"/>
          </w:tcPr>
          <w:p w:rsidR="000253A7" w:rsidRPr="009B1427" w:rsidRDefault="000253A7" w:rsidP="009B1427">
            <w:pPr>
              <w:pStyle w:val="ae"/>
              <w:numPr>
                <w:ilvl w:val="0"/>
                <w:numId w:val="10"/>
              </w:numPr>
              <w:jc w:val="center"/>
              <w:rPr>
                <w:rFonts w:cs="Times New Roman"/>
                <w:sz w:val="28"/>
                <w:szCs w:val="28"/>
                <w:lang w:val="kk-KZ"/>
              </w:rPr>
            </w:pPr>
          </w:p>
        </w:tc>
        <w:tc>
          <w:tcPr>
            <w:tcW w:w="4025" w:type="dxa"/>
            <w:vAlign w:val="center"/>
          </w:tcPr>
          <w:p w:rsidR="000253A7" w:rsidRPr="00AC3701" w:rsidRDefault="00EA5460">
            <w:pPr>
              <w:rPr>
                <w:rFonts w:cs="Times New Roman"/>
                <w:sz w:val="28"/>
                <w:szCs w:val="28"/>
                <w:lang w:val="kk-KZ"/>
              </w:rPr>
            </w:pPr>
            <w:r w:rsidRPr="00AC3701">
              <w:rPr>
                <w:rFonts w:cs="Times New Roman"/>
                <w:sz w:val="28"/>
                <w:szCs w:val="28"/>
                <w:lang w:val="kk-KZ"/>
              </w:rPr>
              <w:t>4 және 9-сыныптарда кезекті МОДО сынама тестін өткізу</w:t>
            </w:r>
          </w:p>
        </w:tc>
        <w:tc>
          <w:tcPr>
            <w:tcW w:w="4195" w:type="dxa"/>
            <w:vAlign w:val="center"/>
          </w:tcPr>
          <w:p w:rsidR="000253A7" w:rsidRPr="00EC360D" w:rsidRDefault="00EA5460">
            <w:pPr>
              <w:rPr>
                <w:rFonts w:cs="Times New Roman"/>
                <w:sz w:val="28"/>
                <w:szCs w:val="28"/>
                <w:lang w:val="kk-KZ"/>
              </w:rPr>
            </w:pPr>
            <w:r w:rsidRPr="00EC360D">
              <w:rPr>
                <w:rFonts w:cs="Times New Roman"/>
                <w:sz w:val="28"/>
                <w:szCs w:val="28"/>
                <w:lang w:val="kk-KZ"/>
              </w:rPr>
              <w:t>Оқушылардың дайындық динамикасын бағалап, соңғы түзету бағыттарын белгілеу.</w:t>
            </w:r>
          </w:p>
        </w:tc>
        <w:tc>
          <w:tcPr>
            <w:tcW w:w="1701" w:type="dxa"/>
            <w:vAlign w:val="center"/>
          </w:tcPr>
          <w:p w:rsidR="000253A7" w:rsidRPr="00A02C1C" w:rsidRDefault="00EA5460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 w:rsidRPr="00A02C1C">
              <w:rPr>
                <w:rFonts w:cs="Times New Roman"/>
                <w:sz w:val="28"/>
                <w:szCs w:val="28"/>
              </w:rPr>
              <w:t>Ақпан</w:t>
            </w:r>
            <w:proofErr w:type="spellEnd"/>
          </w:p>
        </w:tc>
        <w:tc>
          <w:tcPr>
            <w:tcW w:w="2551" w:type="dxa"/>
            <w:vAlign w:val="center"/>
          </w:tcPr>
          <w:p w:rsidR="000253A7" w:rsidRPr="00A02C1C" w:rsidRDefault="00EA5460">
            <w:pPr>
              <w:rPr>
                <w:rFonts w:cs="Times New Roman"/>
                <w:sz w:val="28"/>
                <w:szCs w:val="28"/>
              </w:rPr>
            </w:pPr>
            <w:r w:rsidRPr="00A02C1C">
              <w:rPr>
                <w:rFonts w:cs="Times New Roman"/>
                <w:sz w:val="28"/>
                <w:szCs w:val="28"/>
              </w:rPr>
              <w:t>Пән мұғалімдері</w:t>
            </w:r>
          </w:p>
        </w:tc>
        <w:tc>
          <w:tcPr>
            <w:tcW w:w="2059" w:type="dxa"/>
            <w:vAlign w:val="center"/>
          </w:tcPr>
          <w:p w:rsidR="000253A7" w:rsidRPr="00A02C1C" w:rsidRDefault="00EA5460">
            <w:pPr>
              <w:jc w:val="center"/>
              <w:rPr>
                <w:rFonts w:cs="Times New Roman"/>
                <w:sz w:val="28"/>
                <w:szCs w:val="28"/>
              </w:rPr>
            </w:pPr>
            <w:r w:rsidRPr="00A02C1C">
              <w:rPr>
                <w:rFonts w:cs="Times New Roman"/>
                <w:sz w:val="28"/>
                <w:szCs w:val="28"/>
              </w:rPr>
              <w:t>Мониторинг</w:t>
            </w:r>
          </w:p>
        </w:tc>
      </w:tr>
      <w:tr w:rsidR="000253A7" w:rsidRPr="00A02C1C" w:rsidTr="009B1427">
        <w:trPr>
          <w:jc w:val="center"/>
        </w:trPr>
        <w:tc>
          <w:tcPr>
            <w:tcW w:w="957" w:type="dxa"/>
            <w:vAlign w:val="center"/>
          </w:tcPr>
          <w:p w:rsidR="000253A7" w:rsidRPr="009B1427" w:rsidRDefault="000253A7" w:rsidP="009B1427">
            <w:pPr>
              <w:pStyle w:val="ae"/>
              <w:numPr>
                <w:ilvl w:val="0"/>
                <w:numId w:val="10"/>
              </w:numPr>
              <w:jc w:val="center"/>
              <w:rPr>
                <w:rFonts w:cs="Times New Roman"/>
                <w:sz w:val="28"/>
                <w:szCs w:val="28"/>
                <w:lang w:val="kk-KZ"/>
              </w:rPr>
            </w:pPr>
          </w:p>
        </w:tc>
        <w:tc>
          <w:tcPr>
            <w:tcW w:w="4025" w:type="dxa"/>
            <w:vAlign w:val="center"/>
          </w:tcPr>
          <w:p w:rsidR="000253A7" w:rsidRPr="00EC360D" w:rsidRDefault="00EA5460">
            <w:pPr>
              <w:rPr>
                <w:rFonts w:cs="Times New Roman"/>
                <w:sz w:val="28"/>
                <w:szCs w:val="28"/>
                <w:lang w:val="kk-KZ"/>
              </w:rPr>
            </w:pPr>
            <w:r w:rsidRPr="00EC360D">
              <w:rPr>
                <w:rFonts w:cs="Times New Roman"/>
                <w:sz w:val="28"/>
                <w:szCs w:val="28"/>
                <w:lang w:val="kk-KZ"/>
              </w:rPr>
              <w:t>ІІІ тоқсан қорытындысы бойынша МОДО/PISA дайындық мониторингін жүргізу</w:t>
            </w:r>
          </w:p>
        </w:tc>
        <w:tc>
          <w:tcPr>
            <w:tcW w:w="4195" w:type="dxa"/>
            <w:vAlign w:val="center"/>
          </w:tcPr>
          <w:p w:rsidR="000253A7" w:rsidRPr="00EC360D" w:rsidRDefault="00EA5460">
            <w:pPr>
              <w:rPr>
                <w:rFonts w:cs="Times New Roman"/>
                <w:sz w:val="28"/>
                <w:szCs w:val="28"/>
                <w:lang w:val="kk-KZ"/>
              </w:rPr>
            </w:pPr>
            <w:r w:rsidRPr="00EC360D">
              <w:rPr>
                <w:rFonts w:cs="Times New Roman"/>
                <w:sz w:val="28"/>
                <w:szCs w:val="28"/>
                <w:lang w:val="kk-KZ"/>
              </w:rPr>
              <w:t>Нәтиже динамикасын бағалап, қорытынды дайындық кезеңінің басымдықтарын анықтау.</w:t>
            </w:r>
          </w:p>
        </w:tc>
        <w:tc>
          <w:tcPr>
            <w:tcW w:w="1701" w:type="dxa"/>
            <w:vAlign w:val="center"/>
          </w:tcPr>
          <w:p w:rsidR="000253A7" w:rsidRPr="00A02C1C" w:rsidRDefault="00EA5460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 w:rsidRPr="00A02C1C">
              <w:rPr>
                <w:rFonts w:cs="Times New Roman"/>
                <w:sz w:val="28"/>
                <w:szCs w:val="28"/>
              </w:rPr>
              <w:t>Наурыз</w:t>
            </w:r>
            <w:proofErr w:type="spellEnd"/>
          </w:p>
        </w:tc>
        <w:tc>
          <w:tcPr>
            <w:tcW w:w="2551" w:type="dxa"/>
            <w:vAlign w:val="center"/>
          </w:tcPr>
          <w:p w:rsidR="000253A7" w:rsidRPr="00A02C1C" w:rsidRDefault="004B1742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  <w:lang w:val="kk-KZ"/>
              </w:rPr>
              <w:t>Э.К.Алуакасова</w:t>
            </w:r>
          </w:p>
        </w:tc>
        <w:tc>
          <w:tcPr>
            <w:tcW w:w="2059" w:type="dxa"/>
            <w:vAlign w:val="center"/>
          </w:tcPr>
          <w:p w:rsidR="000253A7" w:rsidRPr="00A02C1C" w:rsidRDefault="00EA5460">
            <w:pPr>
              <w:jc w:val="center"/>
              <w:rPr>
                <w:rFonts w:cs="Times New Roman"/>
                <w:sz w:val="28"/>
                <w:szCs w:val="28"/>
              </w:rPr>
            </w:pPr>
            <w:r w:rsidRPr="00A02C1C">
              <w:rPr>
                <w:rFonts w:cs="Times New Roman"/>
                <w:sz w:val="28"/>
                <w:szCs w:val="28"/>
              </w:rPr>
              <w:t>Талдамалық анықтама</w:t>
            </w:r>
          </w:p>
        </w:tc>
      </w:tr>
      <w:tr w:rsidR="000253A7" w:rsidRPr="00A02C1C" w:rsidTr="009B1427">
        <w:trPr>
          <w:jc w:val="center"/>
        </w:trPr>
        <w:tc>
          <w:tcPr>
            <w:tcW w:w="957" w:type="dxa"/>
            <w:vAlign w:val="center"/>
          </w:tcPr>
          <w:p w:rsidR="000253A7" w:rsidRPr="009B1427" w:rsidRDefault="000253A7" w:rsidP="009B1427">
            <w:pPr>
              <w:pStyle w:val="ae"/>
              <w:numPr>
                <w:ilvl w:val="0"/>
                <w:numId w:val="10"/>
              </w:numPr>
              <w:rPr>
                <w:rFonts w:cs="Times New Roman"/>
                <w:sz w:val="28"/>
                <w:szCs w:val="28"/>
                <w:lang w:val="kk-KZ"/>
              </w:rPr>
            </w:pPr>
          </w:p>
        </w:tc>
        <w:tc>
          <w:tcPr>
            <w:tcW w:w="4025" w:type="dxa"/>
            <w:vAlign w:val="center"/>
          </w:tcPr>
          <w:p w:rsidR="000253A7" w:rsidRPr="00A02C1C" w:rsidRDefault="00EA5460">
            <w:pPr>
              <w:rPr>
                <w:rFonts w:cs="Times New Roman"/>
                <w:sz w:val="28"/>
                <w:szCs w:val="28"/>
                <w:lang w:val="ru-RU"/>
              </w:rPr>
            </w:pPr>
            <w:r w:rsidRPr="00A02C1C">
              <w:rPr>
                <w:rFonts w:cs="Times New Roman"/>
                <w:sz w:val="28"/>
                <w:szCs w:val="28"/>
                <w:lang w:val="ru-RU"/>
              </w:rPr>
              <w:t>МО</w:t>
            </w:r>
            <w:bookmarkStart w:id="0" w:name="_GoBack"/>
            <w:bookmarkEnd w:id="0"/>
            <w:r w:rsidRPr="00A02C1C">
              <w:rPr>
                <w:rFonts w:cs="Times New Roman"/>
                <w:sz w:val="28"/>
                <w:szCs w:val="28"/>
                <w:lang w:val="ru-RU"/>
              </w:rPr>
              <w:t xml:space="preserve">ДО </w:t>
            </w:r>
            <w:proofErr w:type="spellStart"/>
            <w:r w:rsidRPr="00A02C1C">
              <w:rPr>
                <w:rFonts w:cs="Times New Roman"/>
                <w:sz w:val="28"/>
                <w:szCs w:val="28"/>
                <w:lang w:val="ru-RU"/>
              </w:rPr>
              <w:t>алдында</w:t>
            </w:r>
            <w:proofErr w:type="spellEnd"/>
            <w:r w:rsidRPr="00A02C1C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02C1C">
              <w:rPr>
                <w:rFonts w:cs="Times New Roman"/>
                <w:sz w:val="28"/>
                <w:szCs w:val="28"/>
                <w:lang w:val="ru-RU"/>
              </w:rPr>
              <w:t>қорытынды</w:t>
            </w:r>
            <w:proofErr w:type="spellEnd"/>
            <w:r w:rsidRPr="00A02C1C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02C1C">
              <w:rPr>
                <w:rFonts w:cs="Times New Roman"/>
                <w:sz w:val="28"/>
                <w:szCs w:val="28"/>
                <w:lang w:val="ru-RU"/>
              </w:rPr>
              <w:t>диагностикалық</w:t>
            </w:r>
            <w:proofErr w:type="spellEnd"/>
            <w:r w:rsidRPr="00A02C1C">
              <w:rPr>
                <w:rFonts w:cs="Times New Roman"/>
                <w:sz w:val="28"/>
                <w:szCs w:val="28"/>
                <w:lang w:val="ru-RU"/>
              </w:rPr>
              <w:t xml:space="preserve"> тест </w:t>
            </w:r>
            <w:proofErr w:type="spellStart"/>
            <w:r w:rsidRPr="00A02C1C">
              <w:rPr>
                <w:rFonts w:cs="Times New Roman"/>
                <w:sz w:val="28"/>
                <w:szCs w:val="28"/>
                <w:lang w:val="ru-RU"/>
              </w:rPr>
              <w:t>өткізу</w:t>
            </w:r>
            <w:proofErr w:type="spellEnd"/>
          </w:p>
        </w:tc>
        <w:tc>
          <w:tcPr>
            <w:tcW w:w="4195" w:type="dxa"/>
            <w:vAlign w:val="center"/>
          </w:tcPr>
          <w:p w:rsidR="000253A7" w:rsidRPr="00A02C1C" w:rsidRDefault="00EA5460">
            <w:pPr>
              <w:rPr>
                <w:rFonts w:cs="Times New Roman"/>
                <w:sz w:val="28"/>
                <w:szCs w:val="28"/>
                <w:lang w:val="ru-RU"/>
              </w:rPr>
            </w:pPr>
            <w:proofErr w:type="spellStart"/>
            <w:r w:rsidRPr="00A02C1C">
              <w:rPr>
                <w:rFonts w:cs="Times New Roman"/>
                <w:sz w:val="28"/>
                <w:szCs w:val="28"/>
                <w:lang w:val="ru-RU"/>
              </w:rPr>
              <w:t>Оқушылардың</w:t>
            </w:r>
            <w:proofErr w:type="spellEnd"/>
            <w:r w:rsidRPr="00A02C1C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02C1C">
              <w:rPr>
                <w:rFonts w:cs="Times New Roman"/>
                <w:sz w:val="28"/>
                <w:szCs w:val="28"/>
                <w:lang w:val="ru-RU"/>
              </w:rPr>
              <w:t>бағалауға</w:t>
            </w:r>
            <w:proofErr w:type="spellEnd"/>
            <w:r w:rsidRPr="00A02C1C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02C1C">
              <w:rPr>
                <w:rFonts w:cs="Times New Roman"/>
                <w:sz w:val="28"/>
                <w:szCs w:val="28"/>
                <w:lang w:val="ru-RU"/>
              </w:rPr>
              <w:t>дайындық</w:t>
            </w:r>
            <w:proofErr w:type="spellEnd"/>
            <w:r w:rsidRPr="00A02C1C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02C1C">
              <w:rPr>
                <w:rFonts w:cs="Times New Roman"/>
                <w:sz w:val="28"/>
                <w:szCs w:val="28"/>
                <w:lang w:val="ru-RU"/>
              </w:rPr>
              <w:t>деңгейін</w:t>
            </w:r>
            <w:proofErr w:type="spellEnd"/>
            <w:r w:rsidRPr="00A02C1C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02C1C">
              <w:rPr>
                <w:rFonts w:cs="Times New Roman"/>
                <w:sz w:val="28"/>
                <w:szCs w:val="28"/>
                <w:lang w:val="ru-RU"/>
              </w:rPr>
              <w:t>анықтап</w:t>
            </w:r>
            <w:proofErr w:type="spellEnd"/>
            <w:r w:rsidRPr="00A02C1C">
              <w:rPr>
                <w:rFonts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A02C1C">
              <w:rPr>
                <w:rFonts w:cs="Times New Roman"/>
                <w:sz w:val="28"/>
                <w:szCs w:val="28"/>
                <w:lang w:val="ru-RU"/>
              </w:rPr>
              <w:t>соңғы</w:t>
            </w:r>
            <w:proofErr w:type="spellEnd"/>
            <w:r w:rsidRPr="00A02C1C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02C1C">
              <w:rPr>
                <w:rFonts w:cs="Times New Roman"/>
                <w:sz w:val="28"/>
                <w:szCs w:val="28"/>
                <w:lang w:val="ru-RU"/>
              </w:rPr>
              <w:t>білі</w:t>
            </w:r>
            <w:proofErr w:type="gramStart"/>
            <w:r w:rsidRPr="00A02C1C">
              <w:rPr>
                <w:rFonts w:cs="Times New Roman"/>
                <w:sz w:val="28"/>
                <w:szCs w:val="28"/>
                <w:lang w:val="ru-RU"/>
              </w:rPr>
              <w:t>м</w:t>
            </w:r>
            <w:proofErr w:type="spellEnd"/>
            <w:r w:rsidRPr="00A02C1C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02C1C">
              <w:rPr>
                <w:rFonts w:cs="Times New Roman"/>
                <w:sz w:val="28"/>
                <w:szCs w:val="28"/>
                <w:lang w:val="ru-RU"/>
              </w:rPr>
              <w:t>ол</w:t>
            </w:r>
            <w:proofErr w:type="gramEnd"/>
            <w:r w:rsidRPr="00A02C1C">
              <w:rPr>
                <w:rFonts w:cs="Times New Roman"/>
                <w:sz w:val="28"/>
                <w:szCs w:val="28"/>
                <w:lang w:val="ru-RU"/>
              </w:rPr>
              <w:t>қылықтарын</w:t>
            </w:r>
            <w:proofErr w:type="spellEnd"/>
            <w:r w:rsidRPr="00A02C1C">
              <w:rPr>
                <w:rFonts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A02C1C">
              <w:rPr>
                <w:rFonts w:cs="Times New Roman"/>
                <w:sz w:val="28"/>
                <w:szCs w:val="28"/>
                <w:lang w:val="ru-RU"/>
              </w:rPr>
              <w:t>белгілеу</w:t>
            </w:r>
            <w:proofErr w:type="spellEnd"/>
            <w:r w:rsidRPr="00A02C1C">
              <w:rPr>
                <w:rFonts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1701" w:type="dxa"/>
            <w:vAlign w:val="center"/>
          </w:tcPr>
          <w:p w:rsidR="000253A7" w:rsidRPr="00A02C1C" w:rsidRDefault="00EA5460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 w:rsidRPr="00A02C1C">
              <w:rPr>
                <w:rFonts w:cs="Times New Roman"/>
                <w:sz w:val="28"/>
                <w:szCs w:val="28"/>
              </w:rPr>
              <w:t>Сәуір</w:t>
            </w:r>
            <w:proofErr w:type="spellEnd"/>
          </w:p>
        </w:tc>
        <w:tc>
          <w:tcPr>
            <w:tcW w:w="2551" w:type="dxa"/>
            <w:vAlign w:val="center"/>
          </w:tcPr>
          <w:p w:rsidR="000253A7" w:rsidRPr="00A02C1C" w:rsidRDefault="00EA5460">
            <w:pPr>
              <w:rPr>
                <w:rFonts w:cs="Times New Roman"/>
                <w:sz w:val="28"/>
                <w:szCs w:val="28"/>
              </w:rPr>
            </w:pPr>
            <w:r w:rsidRPr="00A02C1C">
              <w:rPr>
                <w:rFonts w:cs="Times New Roman"/>
                <w:sz w:val="28"/>
                <w:szCs w:val="28"/>
              </w:rPr>
              <w:t>Пән мұғалімдері</w:t>
            </w:r>
          </w:p>
        </w:tc>
        <w:tc>
          <w:tcPr>
            <w:tcW w:w="2059" w:type="dxa"/>
            <w:vAlign w:val="center"/>
          </w:tcPr>
          <w:p w:rsidR="000253A7" w:rsidRPr="00A02C1C" w:rsidRDefault="00EA5460">
            <w:pPr>
              <w:jc w:val="center"/>
              <w:rPr>
                <w:rFonts w:cs="Times New Roman"/>
                <w:sz w:val="28"/>
                <w:szCs w:val="28"/>
              </w:rPr>
            </w:pPr>
            <w:r w:rsidRPr="00A02C1C">
              <w:rPr>
                <w:rFonts w:cs="Times New Roman"/>
                <w:sz w:val="28"/>
                <w:szCs w:val="28"/>
              </w:rPr>
              <w:t>Қорытынды мониторинг</w:t>
            </w:r>
          </w:p>
        </w:tc>
      </w:tr>
      <w:tr w:rsidR="000253A7" w:rsidRPr="00A02C1C" w:rsidTr="009B1427">
        <w:trPr>
          <w:jc w:val="center"/>
        </w:trPr>
        <w:tc>
          <w:tcPr>
            <w:tcW w:w="957" w:type="dxa"/>
            <w:vAlign w:val="center"/>
          </w:tcPr>
          <w:p w:rsidR="000253A7" w:rsidRPr="009B1427" w:rsidRDefault="000253A7" w:rsidP="009B1427">
            <w:pPr>
              <w:pStyle w:val="ae"/>
              <w:numPr>
                <w:ilvl w:val="0"/>
                <w:numId w:val="10"/>
              </w:numPr>
              <w:rPr>
                <w:rFonts w:cs="Times New Roman"/>
                <w:sz w:val="28"/>
                <w:szCs w:val="28"/>
                <w:lang w:val="kk-KZ"/>
              </w:rPr>
            </w:pPr>
          </w:p>
        </w:tc>
        <w:tc>
          <w:tcPr>
            <w:tcW w:w="4025" w:type="dxa"/>
            <w:vAlign w:val="center"/>
          </w:tcPr>
          <w:p w:rsidR="000253A7" w:rsidRPr="00AC3701" w:rsidRDefault="00EA5460">
            <w:pPr>
              <w:rPr>
                <w:rFonts w:cs="Times New Roman"/>
                <w:sz w:val="28"/>
                <w:szCs w:val="28"/>
                <w:lang w:val="kk-KZ"/>
              </w:rPr>
            </w:pPr>
            <w:r w:rsidRPr="00AC3701">
              <w:rPr>
                <w:rFonts w:cs="Times New Roman"/>
                <w:sz w:val="28"/>
                <w:szCs w:val="28"/>
                <w:lang w:val="kk-KZ"/>
              </w:rPr>
              <w:t>МОДО қорытынды нәтижелерін пәндер және сыныптар бойынша талдау</w:t>
            </w:r>
          </w:p>
        </w:tc>
        <w:tc>
          <w:tcPr>
            <w:tcW w:w="4195" w:type="dxa"/>
            <w:vAlign w:val="center"/>
          </w:tcPr>
          <w:p w:rsidR="000253A7" w:rsidRPr="00EC360D" w:rsidRDefault="00EA5460">
            <w:pPr>
              <w:rPr>
                <w:rFonts w:cs="Times New Roman"/>
                <w:sz w:val="28"/>
                <w:szCs w:val="28"/>
                <w:lang w:val="kk-KZ"/>
              </w:rPr>
            </w:pPr>
            <w:r w:rsidRPr="00EC360D">
              <w:rPr>
                <w:rFonts w:cs="Times New Roman"/>
                <w:sz w:val="28"/>
                <w:szCs w:val="28"/>
                <w:lang w:val="kk-KZ"/>
              </w:rPr>
              <w:t>Күшті және әлсіз бағыттарды анықтап, келесі оқу жылына ұсыныстар әзірлеу.</w:t>
            </w:r>
          </w:p>
        </w:tc>
        <w:tc>
          <w:tcPr>
            <w:tcW w:w="1701" w:type="dxa"/>
            <w:vAlign w:val="center"/>
          </w:tcPr>
          <w:p w:rsidR="000253A7" w:rsidRPr="00A02C1C" w:rsidRDefault="00EA5460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 w:rsidRPr="00A02C1C">
              <w:rPr>
                <w:rFonts w:cs="Times New Roman"/>
                <w:sz w:val="28"/>
                <w:szCs w:val="28"/>
              </w:rPr>
              <w:t>Нәтиже</w:t>
            </w:r>
            <w:proofErr w:type="spellEnd"/>
            <w:r w:rsidRPr="00A02C1C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02C1C">
              <w:rPr>
                <w:rFonts w:cs="Times New Roman"/>
                <w:sz w:val="28"/>
                <w:szCs w:val="28"/>
              </w:rPr>
              <w:t>шыққаннан</w:t>
            </w:r>
            <w:proofErr w:type="spellEnd"/>
            <w:r w:rsidRPr="00A02C1C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Pr="00A02C1C">
              <w:rPr>
                <w:rFonts w:cs="Times New Roman"/>
                <w:sz w:val="28"/>
                <w:szCs w:val="28"/>
              </w:rPr>
              <w:t>кейін</w:t>
            </w:r>
            <w:proofErr w:type="spellEnd"/>
          </w:p>
        </w:tc>
        <w:tc>
          <w:tcPr>
            <w:tcW w:w="2551" w:type="dxa"/>
            <w:vAlign w:val="center"/>
          </w:tcPr>
          <w:p w:rsidR="000253A7" w:rsidRPr="00A02C1C" w:rsidRDefault="004B1742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  <w:lang w:val="kk-KZ"/>
              </w:rPr>
              <w:t>Э.К.Алуакасова</w:t>
            </w:r>
            <w:r w:rsidR="00EA5460" w:rsidRPr="00A02C1C">
              <w:rPr>
                <w:rFonts w:cs="Times New Roman"/>
                <w:sz w:val="28"/>
                <w:szCs w:val="28"/>
              </w:rPr>
              <w:t xml:space="preserve">, </w:t>
            </w:r>
            <w:proofErr w:type="spellStart"/>
            <w:r w:rsidR="00EA5460" w:rsidRPr="00A02C1C">
              <w:rPr>
                <w:rFonts w:cs="Times New Roman"/>
                <w:sz w:val="28"/>
                <w:szCs w:val="28"/>
              </w:rPr>
              <w:t>пән</w:t>
            </w:r>
            <w:proofErr w:type="spellEnd"/>
            <w:r w:rsidR="00EA5460" w:rsidRPr="00A02C1C">
              <w:rPr>
                <w:rFonts w:cs="Times New Roman"/>
                <w:sz w:val="28"/>
                <w:szCs w:val="28"/>
              </w:rPr>
              <w:t xml:space="preserve"> </w:t>
            </w:r>
            <w:proofErr w:type="spellStart"/>
            <w:r w:rsidR="00EA5460" w:rsidRPr="00A02C1C">
              <w:rPr>
                <w:rFonts w:cs="Times New Roman"/>
                <w:sz w:val="28"/>
                <w:szCs w:val="28"/>
              </w:rPr>
              <w:t>мұғалімдері</w:t>
            </w:r>
            <w:proofErr w:type="spellEnd"/>
          </w:p>
        </w:tc>
        <w:tc>
          <w:tcPr>
            <w:tcW w:w="2059" w:type="dxa"/>
            <w:vAlign w:val="center"/>
          </w:tcPr>
          <w:p w:rsidR="000253A7" w:rsidRPr="00A02C1C" w:rsidRDefault="00EA5460">
            <w:pPr>
              <w:jc w:val="center"/>
              <w:rPr>
                <w:rFonts w:cs="Times New Roman"/>
                <w:sz w:val="28"/>
                <w:szCs w:val="28"/>
              </w:rPr>
            </w:pPr>
            <w:r w:rsidRPr="00A02C1C">
              <w:rPr>
                <w:rFonts w:cs="Times New Roman"/>
                <w:sz w:val="28"/>
                <w:szCs w:val="28"/>
              </w:rPr>
              <w:t>Талдамалық анықтама</w:t>
            </w:r>
          </w:p>
        </w:tc>
      </w:tr>
      <w:tr w:rsidR="000253A7" w:rsidRPr="00A02C1C" w:rsidTr="009B1427">
        <w:trPr>
          <w:jc w:val="center"/>
        </w:trPr>
        <w:tc>
          <w:tcPr>
            <w:tcW w:w="957" w:type="dxa"/>
            <w:vAlign w:val="center"/>
          </w:tcPr>
          <w:p w:rsidR="000253A7" w:rsidRPr="009B1427" w:rsidRDefault="000253A7" w:rsidP="009B1427">
            <w:pPr>
              <w:pStyle w:val="ae"/>
              <w:numPr>
                <w:ilvl w:val="0"/>
                <w:numId w:val="10"/>
              </w:numPr>
              <w:jc w:val="center"/>
              <w:rPr>
                <w:rFonts w:cs="Times New Roman"/>
                <w:sz w:val="28"/>
                <w:szCs w:val="28"/>
                <w:lang w:val="kk-KZ"/>
              </w:rPr>
            </w:pPr>
          </w:p>
        </w:tc>
        <w:tc>
          <w:tcPr>
            <w:tcW w:w="4025" w:type="dxa"/>
            <w:vAlign w:val="center"/>
          </w:tcPr>
          <w:p w:rsidR="000253A7" w:rsidRPr="00EC360D" w:rsidRDefault="00EA5460">
            <w:pPr>
              <w:rPr>
                <w:rFonts w:cs="Times New Roman"/>
                <w:sz w:val="28"/>
                <w:szCs w:val="28"/>
                <w:lang w:val="kk-KZ"/>
              </w:rPr>
            </w:pPr>
            <w:r w:rsidRPr="00EC360D">
              <w:rPr>
                <w:rFonts w:cs="Times New Roman"/>
                <w:sz w:val="28"/>
                <w:szCs w:val="28"/>
                <w:lang w:val="kk-KZ"/>
              </w:rPr>
              <w:t>PISA бойынша жылдық жұмыстың қорытынды мониторингін жүргізу</w:t>
            </w:r>
          </w:p>
        </w:tc>
        <w:tc>
          <w:tcPr>
            <w:tcW w:w="4195" w:type="dxa"/>
            <w:vAlign w:val="center"/>
          </w:tcPr>
          <w:p w:rsidR="000253A7" w:rsidRPr="00EC360D" w:rsidRDefault="00EA5460">
            <w:pPr>
              <w:rPr>
                <w:rFonts w:cs="Times New Roman"/>
                <w:sz w:val="28"/>
                <w:szCs w:val="28"/>
                <w:lang w:val="kk-KZ"/>
              </w:rPr>
            </w:pPr>
            <w:r w:rsidRPr="00EC360D">
              <w:rPr>
                <w:rFonts w:cs="Times New Roman"/>
                <w:sz w:val="28"/>
                <w:szCs w:val="28"/>
                <w:lang w:val="kk-KZ"/>
              </w:rPr>
              <w:t>Функционалдық сауаттылықты дамыту жұмыстарының нәтижелілігін бағалау.</w:t>
            </w:r>
          </w:p>
        </w:tc>
        <w:tc>
          <w:tcPr>
            <w:tcW w:w="1701" w:type="dxa"/>
            <w:vAlign w:val="center"/>
          </w:tcPr>
          <w:p w:rsidR="000253A7" w:rsidRPr="00A02C1C" w:rsidRDefault="00EA5460">
            <w:pPr>
              <w:jc w:val="center"/>
              <w:rPr>
                <w:rFonts w:cs="Times New Roman"/>
                <w:sz w:val="28"/>
                <w:szCs w:val="28"/>
              </w:rPr>
            </w:pPr>
            <w:proofErr w:type="spellStart"/>
            <w:r w:rsidRPr="00A02C1C">
              <w:rPr>
                <w:rFonts w:cs="Times New Roman"/>
                <w:sz w:val="28"/>
                <w:szCs w:val="28"/>
              </w:rPr>
              <w:t>Мамыр</w:t>
            </w:r>
            <w:proofErr w:type="spellEnd"/>
          </w:p>
        </w:tc>
        <w:tc>
          <w:tcPr>
            <w:tcW w:w="2551" w:type="dxa"/>
            <w:vAlign w:val="center"/>
          </w:tcPr>
          <w:p w:rsidR="000253A7" w:rsidRPr="00A02C1C" w:rsidRDefault="004B1742">
            <w:pPr>
              <w:rPr>
                <w:rFonts w:cs="Times New Roman"/>
                <w:sz w:val="28"/>
                <w:szCs w:val="28"/>
              </w:rPr>
            </w:pPr>
            <w:r>
              <w:rPr>
                <w:rFonts w:cs="Times New Roman"/>
                <w:sz w:val="28"/>
                <w:szCs w:val="28"/>
                <w:lang w:val="kk-KZ"/>
              </w:rPr>
              <w:t>Э.К.Алуакасова</w:t>
            </w:r>
          </w:p>
        </w:tc>
        <w:tc>
          <w:tcPr>
            <w:tcW w:w="2059" w:type="dxa"/>
            <w:vAlign w:val="center"/>
          </w:tcPr>
          <w:p w:rsidR="000253A7" w:rsidRPr="00A02C1C" w:rsidRDefault="00EA5460">
            <w:pPr>
              <w:jc w:val="center"/>
              <w:rPr>
                <w:rFonts w:cs="Times New Roman"/>
                <w:sz w:val="28"/>
                <w:szCs w:val="28"/>
              </w:rPr>
            </w:pPr>
            <w:r w:rsidRPr="00A02C1C">
              <w:rPr>
                <w:rFonts w:cs="Times New Roman"/>
                <w:sz w:val="28"/>
                <w:szCs w:val="28"/>
              </w:rPr>
              <w:t>Мониторинг, есеп</w:t>
            </w:r>
          </w:p>
        </w:tc>
      </w:tr>
    </w:tbl>
    <w:p w:rsidR="00EA5460" w:rsidRDefault="00EA5460"/>
    <w:sectPr w:rsidR="00EA5460" w:rsidSect="00034616">
      <w:pgSz w:w="16838" w:h="11906" w:orient="landscape"/>
      <w:pgMar w:top="680" w:right="680" w:bottom="680" w:left="6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162A75B5"/>
    <w:multiLevelType w:val="hybridMultilevel"/>
    <w:tmpl w:val="EE083E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253A7"/>
    <w:rsid w:val="00034616"/>
    <w:rsid w:val="0006063C"/>
    <w:rsid w:val="00095C60"/>
    <w:rsid w:val="000D01A0"/>
    <w:rsid w:val="0015074B"/>
    <w:rsid w:val="0029639D"/>
    <w:rsid w:val="00326F90"/>
    <w:rsid w:val="004B1742"/>
    <w:rsid w:val="009B1427"/>
    <w:rsid w:val="00A02C1C"/>
    <w:rsid w:val="00AA1D8D"/>
    <w:rsid w:val="00AC3701"/>
    <w:rsid w:val="00B47730"/>
    <w:rsid w:val="00BE2E66"/>
    <w:rsid w:val="00CB0664"/>
    <w:rsid w:val="00EA5460"/>
    <w:rsid w:val="00EC360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Times New Roman" w:hAnsi="Times New Roman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Times New Roman" w:hAnsi="Times New Roman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E3208F4-D20D-481A-AB78-56330C2FDA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3</Pages>
  <Words>531</Words>
  <Characters>3029</Characters>
  <Application>Microsoft Office Word</Application>
  <DocSecurity>0</DocSecurity>
  <Lines>25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3553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Пользователь</cp:lastModifiedBy>
  <cp:revision>7</cp:revision>
  <dcterms:created xsi:type="dcterms:W3CDTF">2013-12-23T23:15:00Z</dcterms:created>
  <dcterms:modified xsi:type="dcterms:W3CDTF">2026-09-21T07:31:00Z</dcterms:modified>
  <cp:category/>
</cp:coreProperties>
</file>